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6061A" w14:textId="77777777" w:rsidR="005E16B2" w:rsidRPr="00051DC3" w:rsidRDefault="005E16B2" w:rsidP="00D409D5">
      <w:pPr>
        <w:autoSpaceDE w:val="0"/>
        <w:autoSpaceDN w:val="0"/>
        <w:spacing w:after="78" w:line="240" w:lineRule="auto"/>
        <w:rPr>
          <w:rFonts w:ascii="Times New Roman" w:hAnsi="Times New Roman" w:cs="Times New Roman"/>
          <w:sz w:val="24"/>
          <w:szCs w:val="24"/>
        </w:rPr>
      </w:pPr>
    </w:p>
    <w:p w14:paraId="4493D3C3" w14:textId="77777777" w:rsidR="005E16B2" w:rsidRDefault="001475A6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7A45B923" wp14:editId="57F9A061">
            <wp:extent cx="5727700" cy="804799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804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64AA0" w14:textId="77777777" w:rsidR="001475A6" w:rsidRDefault="001475A6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25C2C3ED" w14:textId="77777777" w:rsidR="001475A6" w:rsidRDefault="001475A6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54D7A0E" w14:textId="77777777" w:rsidR="001475A6" w:rsidRDefault="001475A6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82BA540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286" w:right="828" w:bottom="1440" w:left="666" w:header="720" w:footer="720" w:gutter="0"/>
          <w:cols w:space="720" w:equalWidth="0">
            <w:col w:w="10406" w:space="0"/>
          </w:cols>
          <w:docGrid w:linePitch="360"/>
        </w:sectPr>
      </w:pPr>
    </w:p>
    <w:p w14:paraId="7D6F678E" w14:textId="77777777" w:rsidR="005E16B2" w:rsidRPr="00051DC3" w:rsidRDefault="00137A51" w:rsidP="00D409D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14:paraId="35E4B496" w14:textId="77777777" w:rsidR="005E16B2" w:rsidRPr="00051DC3" w:rsidRDefault="00137A51" w:rsidP="00D409D5">
      <w:pPr>
        <w:autoSpaceDE w:val="0"/>
        <w:autoSpaceDN w:val="0"/>
        <w:spacing w:before="346" w:after="0" w:line="240" w:lineRule="auto"/>
        <w:ind w:right="144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Основное содержание обучения в программе представлено разделами: «Числа и величины»,</w:t>
      </w:r>
      <w:r w:rsidR="00AB5530"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14:paraId="21F0BE07" w14:textId="77777777" w:rsidR="005E16B2" w:rsidRPr="00051DC3" w:rsidRDefault="00137A51" w:rsidP="001475A6">
      <w:pPr>
        <w:autoSpaceDE w:val="0"/>
        <w:autoSpaceDN w:val="0"/>
        <w:spacing w:before="262" w:after="0" w:line="240" w:lineRule="auto"/>
        <w:ind w:left="567" w:hanging="567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14:paraId="2BB6DCB9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66" w:after="0" w:line="240" w:lineRule="auto"/>
        <w:ind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Числа и величины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14:paraId="213E784E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2" w:after="0" w:line="240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Числа в пределах 20: чтение, запись, сравнение.  Однозначные и двузначные числа. Увеличение (уменьшение) числа на несколько единиц.</w:t>
      </w:r>
    </w:p>
    <w:p w14:paraId="749A0CAB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2" w:after="0" w:line="240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Длина и её измерение. Единицы длины: сантиметр, дециметр; установление соотношения между ними.</w:t>
      </w:r>
    </w:p>
    <w:p w14:paraId="54E4EF23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Арифметические действия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</w:t>
      </w:r>
    </w:p>
    <w:p w14:paraId="6DB6E4A8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90" w:after="0" w:line="240" w:lineRule="auto"/>
        <w:ind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Текстовые задачи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14:paraId="1C6F0429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90" w:after="0" w:line="240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Пространственные отношения и геометрические фигуры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Расположение предметов и объектов на плоскости, в пространстве: слева/справа, сверху/снизу, между; установление пространственных отношений.</w:t>
      </w:r>
    </w:p>
    <w:p w14:paraId="69FF4793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клетку; измерение длины отрезка в сантиметрах.</w:t>
      </w:r>
    </w:p>
    <w:p w14:paraId="0169B277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Математическая информация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Сбор данных об объекте по образцу. Характеристики объекта, группы объектов (количество, форма, размер). Группировка объектов по заданному признаку.</w:t>
      </w:r>
    </w:p>
    <w:p w14:paraId="4EF02D76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Закономерность в ряду заданных объектов: её обнаружение, продолжение ряда.</w:t>
      </w:r>
    </w:p>
    <w:p w14:paraId="6F0CE47A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2" w:after="0" w:line="240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Верные (истинные) и неверные (ложные) предложения, составленные относительно заданного набора математических объектов.</w:t>
      </w:r>
    </w:p>
    <w:p w14:paraId="5CA6151A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right="144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Чтение таблицы (содержащей не более 4-х данных); извлечение данного из строки, столбца; внесение одного-двух данных в таблицу. Чтение рисунка, схемы с одним-двумя числовыми данными (значениями данных величин).</w:t>
      </w:r>
    </w:p>
    <w:p w14:paraId="6A847F27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Двух-</w:t>
      </w:r>
      <w:proofErr w:type="spellStart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трёхшаговые</w:t>
      </w:r>
      <w:proofErr w:type="spellEnd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инструкции, связанные с вычислением, измерением длины, изображением геометрической фигуры.</w:t>
      </w:r>
    </w:p>
    <w:p w14:paraId="780EECE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14:paraId="6FA37624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познавательные учебные действия:</w:t>
      </w:r>
    </w:p>
    <w:p w14:paraId="6CF838A3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наблюдать математические объекты (числа, величины) в окружающем мире; </w:t>
      </w:r>
    </w:p>
    <w:p w14:paraId="09A1C54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обнаруживать общее и различное в записи арифметических действий; </w:t>
      </w:r>
    </w:p>
    <w:p w14:paraId="1E19ABE1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понимать назначение и необходимость использования величин в жизни; </w:t>
      </w:r>
    </w:p>
    <w:p w14:paraId="59E398F9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наблюдать действие измерительных приборов; </w:t>
      </w:r>
    </w:p>
    <w:p w14:paraId="0B70782E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298" w:right="650" w:bottom="39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74BF2984" w14:textId="77777777" w:rsidR="005E16B2" w:rsidRPr="00051DC3" w:rsidRDefault="005E16B2" w:rsidP="00D409D5">
      <w:pPr>
        <w:autoSpaceDE w:val="0"/>
        <w:autoSpaceDN w:val="0"/>
        <w:spacing w:after="108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4A89E9E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420" w:right="129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два объекта, два числа; распределять объекты на группы по заданному основанию; </w:t>
      </w:r>
    </w:p>
    <w:p w14:paraId="33DA025E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копировать изученные фигуры, рисовать от руки по собственному замыслу; приводить примеры чисел, геометрических фигур; </w:t>
      </w:r>
    </w:p>
    <w:p w14:paraId="4D99AA5D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вести порядковый и количественный счет (соблюдать последовательность).</w:t>
      </w:r>
    </w:p>
    <w:p w14:paraId="1B297FF0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информацией:</w:t>
      </w:r>
    </w:p>
    <w:p w14:paraId="221DDEF9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понимать, что математические явления могут быть представлены с помощью разных средств: текст, числовая запись, таблица, рисунок, схема; </w:t>
      </w:r>
    </w:p>
    <w:p w14:paraId="6EFFC68E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читать таблицу, извлекать информацию, представленную в табличной форме.</w:t>
      </w:r>
    </w:p>
    <w:p w14:paraId="65711617" w14:textId="77777777" w:rsidR="005E16B2" w:rsidRPr="00051DC3" w:rsidRDefault="00137A51" w:rsidP="00D409D5">
      <w:pPr>
        <w:autoSpaceDE w:val="0"/>
        <w:autoSpaceDN w:val="0"/>
        <w:spacing w:before="18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коммуникативные учебные действия:</w:t>
      </w:r>
    </w:p>
    <w:p w14:paraId="3E696EC3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характеризовать (описывать) число, геометрическую фигуру, последовательность из нескольких чисел, записанных по порядку; </w:t>
      </w:r>
    </w:p>
    <w:p w14:paraId="6DCAF2B9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комментировать ход сравнения двух объектов; описывать своими словами сюжетную ситуацию и математическое отношение, представленное в задаче; </w:t>
      </w:r>
    </w:p>
    <w:p w14:paraId="1DCE92C7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описывать положение предмета в пространстве различать и использовать математические знаки; </w:t>
      </w:r>
    </w:p>
    <w:p w14:paraId="18E1A19B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строить предложения относительно заданного набора объектов.</w:t>
      </w:r>
    </w:p>
    <w:p w14:paraId="23016B76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регулятивные учебные действия:</w:t>
      </w:r>
    </w:p>
    <w:p w14:paraId="08845188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принимать учебную задачу, удерживать её в процессе деятельности;</w:t>
      </w:r>
    </w:p>
    <w:p w14:paraId="573882B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действовать в соответствии с предложенным образцом, инструкцией; </w:t>
      </w:r>
    </w:p>
    <w:p w14:paraId="2DFB2B5A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проявлять интерес к проверке результатов решения учебной задачи, с помощью учителя устанавливать причину возникшей ошибки и трудности; </w:t>
      </w:r>
    </w:p>
    <w:p w14:paraId="17BAEE1F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проверять правильность вычисления с помощью другого приёма выполнения действия.</w:t>
      </w:r>
    </w:p>
    <w:p w14:paraId="794DC73E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деятельность:</w:t>
      </w:r>
    </w:p>
    <w:p w14:paraId="37E18744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участвовать в парной работе с математическим материалом; </w:t>
      </w:r>
    </w:p>
    <w:p w14:paraId="620F0B5A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выполнять правила совместной деятельности: договариваться, считаться с мнением партнёра, спокойно и мирно разрешать конфликты.</w:t>
      </w:r>
    </w:p>
    <w:p w14:paraId="763358C1" w14:textId="77777777" w:rsidR="005E16B2" w:rsidRPr="00051DC3" w:rsidRDefault="00137A51" w:rsidP="001475A6">
      <w:pPr>
        <w:autoSpaceDE w:val="0"/>
        <w:autoSpaceDN w:val="0"/>
        <w:spacing w:before="322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14:paraId="2AE0D4E2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Числа и величины</w:t>
      </w:r>
    </w:p>
    <w:p w14:paraId="0E53A3D1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18" w:after="0" w:line="240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Числа в пределах 100: чтение, запись, десятичный состав, сравнение Запись равенства, неравенства Увеличение/уменьшение числа на несколько единиц/десятков; разностное сравнение чисел.</w:t>
      </w:r>
    </w:p>
    <w:p w14:paraId="39C047DE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Величины: сравнение по массе (единица массы — кило- грамм); измерение длины (единицы длины— метр, дециметр, сантиметр, миллиметр), времени (единицы времени — час, ми- нута) Соотношение между единицами величины (в пределах 100), его применение для решения практических задач</w:t>
      </w:r>
    </w:p>
    <w:p w14:paraId="2091D94E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Арифметические действия</w:t>
      </w:r>
    </w:p>
    <w:p w14:paraId="164A4E05" w14:textId="77777777" w:rsidR="005E16B2" w:rsidRPr="00051DC3" w:rsidRDefault="00137A51" w:rsidP="00D409D5">
      <w:pPr>
        <w:autoSpaceDE w:val="0"/>
        <w:autoSpaceDN w:val="0"/>
        <w:spacing w:before="118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Устное сложение и вычитание чисел в пределах 100 без перехода и с переходом через разряд Письменное сложение и вычитание чисел в пределах 100. Переместительное, сочетательное свойства сложения, их применение для вычислений Взаимосвязь компонентов и результата действия сложения,</w:t>
      </w:r>
    </w:p>
    <w:p w14:paraId="3B9FD0A3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328" w:right="656" w:bottom="342" w:left="666" w:header="720" w:footer="720" w:gutter="0"/>
          <w:cols w:space="720" w:equalWidth="0">
            <w:col w:w="10578" w:space="0"/>
          </w:cols>
          <w:docGrid w:linePitch="360"/>
        </w:sectPr>
      </w:pPr>
    </w:p>
    <w:p w14:paraId="7D13C73E" w14:textId="77777777" w:rsidR="005E16B2" w:rsidRPr="00051DC3" w:rsidRDefault="005E16B2" w:rsidP="00D409D5">
      <w:pPr>
        <w:autoSpaceDE w:val="0"/>
        <w:autoSpaceDN w:val="0"/>
        <w:spacing w:after="66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7ACF810B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after="0" w:line="240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действия вычитания Проверка результата вычисления (реальность ответа, обратное действие)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Действия умножения и деления чисел в практических и учебных ситуациях Названия компонентов действий умножения, деления.</w:t>
      </w:r>
    </w:p>
    <w:p w14:paraId="05967604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right="432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Табличное умножение в пределах 50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</w:t>
      </w:r>
    </w:p>
    <w:p w14:paraId="783A2408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Неизвестный компонент действия сложения, действия вычитания; его нахождение.</w:t>
      </w:r>
    </w:p>
    <w:p w14:paraId="69854A07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Числовое выражение: чтение, запись, вычисление значения Порядок выполнения действий в числовом выражении, содержащем действия сложения и вычитания (со скобками/без скобок) в пределах 100 (не более трех действий); нахождение его значения. Рациональные приемы вычислений: использование переместительного и сочетательного свойства.</w:t>
      </w:r>
    </w:p>
    <w:p w14:paraId="3975E9F3" w14:textId="77777777" w:rsidR="005E16B2" w:rsidRPr="00051DC3" w:rsidRDefault="00137A51" w:rsidP="00D409D5">
      <w:pPr>
        <w:autoSpaceDE w:val="0"/>
        <w:autoSpaceDN w:val="0"/>
        <w:spacing w:before="264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Текстовые задачи</w:t>
      </w:r>
    </w:p>
    <w:p w14:paraId="7B9CEF55" w14:textId="77777777" w:rsidR="005E16B2" w:rsidRPr="00051DC3" w:rsidRDefault="00137A51" w:rsidP="00D409D5">
      <w:pPr>
        <w:autoSpaceDE w:val="0"/>
        <w:autoSpaceDN w:val="0"/>
        <w:spacing w:before="118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Чтение, представление текста задачи в виде рисунка, схемы или другой модели.  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(сложение, вычитание, умножение, деление). Расчётные задачи на увеличение/ уменьшение величины на несколько единиц/в несколько раз. Фиксация ответа к задаче и его проверка (формулирование, проверка на достоверность, следование плану, соответствие поставленному вопросу).</w:t>
      </w:r>
    </w:p>
    <w:p w14:paraId="4E968AD6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14:paraId="0059106F" w14:textId="77777777" w:rsidR="005E16B2" w:rsidRPr="00051DC3" w:rsidRDefault="00137A51" w:rsidP="00D409D5">
      <w:pPr>
        <w:autoSpaceDE w:val="0"/>
        <w:autoSpaceDN w:val="0"/>
        <w:spacing w:before="118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Распознавание и изображение геометрических фигур: точка, прямая, прямой угол, ломаная, многоугольник. Построение от резка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ломаной. Измерение периметра данного/изображенного прямоугольника (квадрата), запись результата измерения в сантиметрах.</w:t>
      </w:r>
    </w:p>
    <w:p w14:paraId="73D819E2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Математическая информация</w:t>
      </w:r>
    </w:p>
    <w:p w14:paraId="4465EFB5" w14:textId="77777777" w:rsidR="005E16B2" w:rsidRPr="00051DC3" w:rsidRDefault="00137A51" w:rsidP="00D409D5">
      <w:pPr>
        <w:autoSpaceDE w:val="0"/>
        <w:autoSpaceDN w:val="0"/>
        <w:spacing w:before="118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Нахождение, формулирование одного-двух общих  признаков набора математических объектов: чисел, величин, геометрических фигур. Классификация объектов по заданному или самостоятельно установленному   признаку.     Закономерность в ряду чисел, геометрических фигур, объектов повседневной  жизни. Верные (истинные) и неверные (ложные) утверждения, со- держащие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количественные, пространственные отношения,  зависимости между числами/величинами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Конструирование утверждений с использованием слов «каждый», «все». 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 Внесение данных в таблицу, дополнение моделей (схем, изображений) готовыми числовыми данными. Алгоритмы (приёмы, правила) устных и письменных вычислений, измерений и построения геометрических фигур. Правила работы с электронными средствами обучения (электронной формой учебника, компьютерными тренажёрами).</w:t>
      </w:r>
    </w:p>
    <w:p w14:paraId="15A9DDAE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14:paraId="30AA176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познавательные учебные действия:</w:t>
      </w:r>
    </w:p>
    <w:p w14:paraId="0850B74B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наблюдать математические отношения (часть-целое, больше-меньше) в окружающем мире; </w:t>
      </w:r>
    </w:p>
    <w:p w14:paraId="1B9468CD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29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характеризовать назначение и использовать простейшие измерительные приборы (сантиметровая лента, весы); </w:t>
      </w:r>
    </w:p>
    <w:p w14:paraId="27854EED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сравнивать группы объектов (чисел, величин, геометрических фигур) по самостоятельно</w:t>
      </w:r>
    </w:p>
    <w:p w14:paraId="40319464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286" w:right="658" w:bottom="288" w:left="666" w:header="720" w:footer="720" w:gutter="0"/>
          <w:cols w:space="720" w:equalWidth="0">
            <w:col w:w="10576" w:space="0"/>
          </w:cols>
          <w:docGrid w:linePitch="360"/>
        </w:sectPr>
      </w:pPr>
    </w:p>
    <w:p w14:paraId="4916A64E" w14:textId="77777777" w:rsidR="005E16B2" w:rsidRPr="00051DC3" w:rsidRDefault="005E16B2" w:rsidP="00D409D5">
      <w:pPr>
        <w:autoSpaceDE w:val="0"/>
        <w:autoSpaceDN w:val="0"/>
        <w:spacing w:after="96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4F6E059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выбранному основанию;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распределять (классифицировать) объекты (числа,  величины, геометрические фигуры, текстовые задачи в одно действие) на группы;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обнаруживать модели геометрических фигур в окружающем мире; вести поиск различных решений задачи (расчётной, с геометрическим содержанием);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воспроизводить порядок выполнения действий в числовом выражении, содержащем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действия  сложения  и  вычитания (со скобками/без скобок);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устанавливать соответствие между математическим выражением и его текстовым описанием; —  подбирать примеры, подтверждающие суждение, вывод, ответ.</w:t>
      </w:r>
    </w:p>
    <w:p w14:paraId="0E0959ED" w14:textId="77777777" w:rsidR="005E16B2" w:rsidRPr="00051DC3" w:rsidRDefault="00137A51" w:rsidP="00D409D5">
      <w:pPr>
        <w:autoSpaceDE w:val="0"/>
        <w:autoSpaceDN w:val="0"/>
        <w:spacing w:before="180" w:after="0" w:line="240" w:lineRule="auto"/>
        <w:ind w:left="240" w:right="144" w:hanging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информацией: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извлекать и использовать информацию, представленную в текстовой, графической (рисунок, схема, таблица) форме, заполнять таблицы;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устанавливать логику перебора вариантов для решения простейших комбинаторных задач; —  дополнять модели (схемы, изображения) готовыми числовыми данными.</w:t>
      </w:r>
    </w:p>
    <w:p w14:paraId="17CB974A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240" w:right="432" w:hanging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коммуникативные учебные действия: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комментировать ход вычислений; объяснять выбор величины, соответствующей ситуации измерения;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составлять текстовую задачу с заданным отношением (готовым решением) по образцу; —  использовать математические знаки и терминологию для описания сюжетной ситуации; —  конструирования утверждений, выводов относительно данных объектов, отношения; —  называть числа, величины, геометрические фигуры, обладающие заданным свойством; —  записывать, читать число, числовое выражение;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приводить примеры, иллюстрирующие смысл арифметического действия;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конструировать утверждения с использованием слов «каждый», «все».</w:t>
      </w:r>
    </w:p>
    <w:p w14:paraId="7877C294" w14:textId="77777777" w:rsidR="005E16B2" w:rsidRPr="00051DC3" w:rsidRDefault="00137A51" w:rsidP="00D409D5">
      <w:pPr>
        <w:autoSpaceDE w:val="0"/>
        <w:autoSpaceDN w:val="0"/>
        <w:spacing w:before="180" w:after="0" w:line="240" w:lineRule="auto"/>
        <w:ind w:left="240" w:right="720" w:hanging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регулятивные учебные действия: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следовать установленному правилу, по которому составлен ряд чисел, величин, геометрических фигур;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организовывать, участвовать, контролировать ход и результат парной работы с математическим материалом;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проверять правильность вычисления с помощью другого приёма выполнения действия, обратного действия;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находить с помощью учителя причину возникшей ошибки и трудности.</w:t>
      </w:r>
    </w:p>
    <w:p w14:paraId="30126CDE" w14:textId="743A355E" w:rsidR="005E16B2" w:rsidRPr="00051DC3" w:rsidRDefault="00137A51" w:rsidP="001475A6">
      <w:pPr>
        <w:autoSpaceDE w:val="0"/>
        <w:autoSpaceDN w:val="0"/>
        <w:spacing w:after="0" w:line="240" w:lineRule="auto"/>
        <w:ind w:left="240" w:right="432" w:hanging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деятельность: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принимать правила совместной деятельности при работе в парах, группах, составленных учителем или самостоятельно;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</w:t>
      </w:r>
      <w:r w:rsidR="001475A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участников, готовить презентацию (устное выступление) решения или ответа; </w:t>
      </w:r>
    </w:p>
    <w:p w14:paraId="4DE7486E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часов; </w:t>
      </w:r>
    </w:p>
    <w:p w14:paraId="3CD27E40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прикидку и оценку результата действий, измерений); </w:t>
      </w:r>
    </w:p>
    <w:p w14:paraId="7242325E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совместно с учителем оценивать результаты выполнения общей работы.</w:t>
      </w:r>
    </w:p>
    <w:p w14:paraId="7093272C" w14:textId="77777777" w:rsidR="005E16B2" w:rsidRPr="00051DC3" w:rsidRDefault="00137A51" w:rsidP="001475A6">
      <w:pPr>
        <w:autoSpaceDE w:val="0"/>
        <w:autoSpaceDN w:val="0"/>
        <w:spacing w:before="322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14:paraId="5852B9E5" w14:textId="77777777" w:rsidR="005E16B2" w:rsidRPr="00051DC3" w:rsidRDefault="00137A51" w:rsidP="00D409D5">
      <w:pPr>
        <w:autoSpaceDE w:val="0"/>
        <w:autoSpaceDN w:val="0"/>
        <w:spacing w:before="264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Числа и величины</w:t>
      </w:r>
    </w:p>
    <w:p w14:paraId="78B26A38" w14:textId="77777777" w:rsidR="005E16B2" w:rsidRPr="00051DC3" w:rsidRDefault="00137A51" w:rsidP="00D409D5">
      <w:pPr>
        <w:autoSpaceDE w:val="0"/>
        <w:autoSpaceDN w:val="0"/>
        <w:spacing w:before="120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Числа в пределах 1000: чтение, запись, сравнение, представление в виде суммы разрядных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слагаемых. Равенства и неравенства: чтение, составление.  Увеличение/уменьшение числа в несколько раз. Кратное сравнение чисел.</w:t>
      </w:r>
    </w:p>
    <w:p w14:paraId="6FA1D2FD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Масса (единица массы — грамм); соотношение между килограммом и граммом; </w:t>
      </w:r>
      <w:proofErr w:type="spellStart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отношение«тяжелее</w:t>
      </w:r>
      <w:proofErr w:type="spellEnd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/легче на/в».</w:t>
      </w:r>
    </w:p>
    <w:p w14:paraId="2E281C70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Стоимость (единицы — рубль, копейка); установление отношения «дороже/дешевле на/в».</w:t>
      </w:r>
    </w:p>
    <w:p w14:paraId="53D7B726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Соотношение «цена, количество, стоимость» в практической ситуации.</w:t>
      </w:r>
    </w:p>
    <w:p w14:paraId="159A0B11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Время (единица времени — секунда); установление отношения «быстрее/медленнее на/в».</w:t>
      </w:r>
    </w:p>
    <w:p w14:paraId="51A751FB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Соотношение «начало, окончание, продолжительность события» в практической ситуации.</w:t>
      </w:r>
    </w:p>
    <w:p w14:paraId="1B00FCFA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Длина (единица длины — миллиметр, километр); соотношение между величинами в пределах тысячи.</w:t>
      </w:r>
    </w:p>
    <w:p w14:paraId="0FF5C0CA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Площадь (единицы площади — квадратный метр, квадратный сантиметр, квадратный дециметр, квадратный метр).</w:t>
      </w:r>
    </w:p>
    <w:p w14:paraId="61F1C12D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Арифметические действия</w:t>
      </w:r>
    </w:p>
    <w:p w14:paraId="128CB33E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18" w:after="0" w:line="240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Устные вычисления, сводимые к действиям в пределах 100 (табличное и </w:t>
      </w:r>
      <w:proofErr w:type="spellStart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внетабличное</w:t>
      </w:r>
      <w:proofErr w:type="spellEnd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умножение, деление, действия с круглыми числами).</w:t>
      </w:r>
    </w:p>
    <w:p w14:paraId="3AC50779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Письменное сложение, вычитание чисел в пределах 1000. Действия с числами 0 и 1.</w:t>
      </w:r>
    </w:p>
    <w:p w14:paraId="33BC7E68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right="144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Письменное умножение в столбик, письменное деление уголком. Письменное умножение, деление на однозначное число в пределах 100. Проверка результата вычисления (прикидка или оценка результата, обратное действие, применение алгоритма, использование калькулятора).</w:t>
      </w:r>
    </w:p>
    <w:p w14:paraId="614A2044" w14:textId="77777777" w:rsidR="005E16B2" w:rsidRPr="00051DC3" w:rsidRDefault="00137A51" w:rsidP="00D409D5">
      <w:pPr>
        <w:autoSpaceDE w:val="0"/>
        <w:autoSpaceDN w:val="0"/>
        <w:spacing w:before="72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Переместительное, сочетательное свойства сложения, умножения при вычислениях.</w:t>
      </w:r>
    </w:p>
    <w:p w14:paraId="73C4AB4A" w14:textId="77777777" w:rsidR="005E16B2" w:rsidRPr="00051DC3" w:rsidRDefault="00137A51" w:rsidP="00D409D5">
      <w:pPr>
        <w:autoSpaceDE w:val="0"/>
        <w:autoSpaceDN w:val="0"/>
        <w:spacing w:before="72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Нахождение неизвестного компонента арифметического действия.</w:t>
      </w:r>
    </w:p>
    <w:p w14:paraId="5AEC26E0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Порядок действий в числовом выражении, значение числового выражения, содержащего несколько действий (со скобками/без скобок), с вычислениями в пределах 1000.</w:t>
      </w:r>
    </w:p>
    <w:p w14:paraId="309C35EB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Однородные величины: сложение и вычитание.</w:t>
      </w:r>
    </w:p>
    <w:p w14:paraId="73CD4A57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Текстовые задачи</w:t>
      </w:r>
    </w:p>
    <w:p w14:paraId="25A9E0DF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1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Работа с текстовой задачей: анализ данных и отношений, представление на модели, планирование хода решения задачи,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решение арифметическим способом. Задачи на понимание смысла арифметических действий (в том числе деления с остатком), отношений (больше/меньше на/в), зависимостей (купля продажа, расчёт времени, количества), на сравнение (разностное, кратное). Запись решения задачи по действиям и с помощью числового выражения. Проверка решения и оценка полученного результата.</w:t>
      </w:r>
    </w:p>
    <w:p w14:paraId="012488D5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Доля величины: половина, треть, четверть, пятая, десятая часть в практической ситуации; сравнение долей одной величины. Задачи на нахождение доли величины.</w:t>
      </w:r>
    </w:p>
    <w:p w14:paraId="592779DF" w14:textId="77777777" w:rsidR="001475A6" w:rsidRDefault="001475A6" w:rsidP="00D409D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42DFA3A3" w14:textId="7AA9A4E2" w:rsidR="005E16B2" w:rsidRPr="00051DC3" w:rsidRDefault="00137A51" w:rsidP="00D409D5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14:paraId="189582B4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18" w:after="0" w:line="240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Конструирование геометрических фигур (разбиение фигуры на части, составление фигуры из частей).</w:t>
      </w:r>
    </w:p>
    <w:p w14:paraId="3AC3E8BD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Периметр многоугольника: измерение, вычисление, запись равенства.</w:t>
      </w:r>
    </w:p>
    <w:p w14:paraId="08C48117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Измерение площади, запись результата измерения в квадратных сантиметрах. Вычисление площади прямоугольника (квадрата) с заданными сторонами, запись равенства. Изображение на клетчатой бумаге прямоугольника с заданным значением площади. Сравнение площадей фигур с помощью наложения.</w:t>
      </w:r>
    </w:p>
    <w:p w14:paraId="75990E71" w14:textId="77777777" w:rsidR="005E16B2" w:rsidRPr="00051DC3" w:rsidRDefault="00137A51" w:rsidP="00D409D5">
      <w:pPr>
        <w:autoSpaceDE w:val="0"/>
        <w:autoSpaceDN w:val="0"/>
        <w:spacing w:before="264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Математическая информация</w:t>
      </w:r>
    </w:p>
    <w:p w14:paraId="0BCC0302" w14:textId="77777777" w:rsidR="005E16B2" w:rsidRPr="00051DC3" w:rsidRDefault="00137A51" w:rsidP="00D409D5">
      <w:pPr>
        <w:autoSpaceDE w:val="0"/>
        <w:autoSpaceDN w:val="0"/>
        <w:spacing w:before="12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Классификация объектов по двум признакам.</w:t>
      </w:r>
    </w:p>
    <w:p w14:paraId="2C9C243E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2" w:after="0" w:line="240" w:lineRule="auto"/>
        <w:ind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Верные (истинные) и неверные (ложные) утверждения: конструирование, проверка. Логические рассуждения со связками «если …, то …», «поэтому», «значит».</w:t>
      </w:r>
    </w:p>
    <w:p w14:paraId="7D27210E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Извлечение и использование для выполнения заданий информации, представленной в таблицах с данными о реальных процессах и явлениях окружающего мира (например, расписание уроков, движения автобусов, поездов); внесение данных в таблицу; дополнение чертежа данными.</w:t>
      </w:r>
    </w:p>
    <w:p w14:paraId="612C21AD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Формализованное описание последовательности действий (инструкция, план, схема, алгоритм). Столбчатая диаграмма: чтение, использование данных для решения учебных и практических задач.</w:t>
      </w:r>
    </w:p>
    <w:p w14:paraId="7514D2F8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Алгоритмы изучения материала, выполнения обучающих и тестовых заданий на доступных электронных средствах обучения (интерактивной доске, компьютере, других устройствах).</w:t>
      </w:r>
    </w:p>
    <w:p w14:paraId="3AEE6E3A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14:paraId="680783E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познавательные учебные действия:</w:t>
      </w:r>
    </w:p>
    <w:p w14:paraId="035C3726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математические объекты (числа, величины, геометрические фигуры); </w:t>
      </w:r>
    </w:p>
    <w:p w14:paraId="03BC5472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выбирать приём вычисления, выполнения действия; конструировать геометрические фигуры; </w:t>
      </w:r>
    </w:p>
    <w:p w14:paraId="6B005042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классифицировать объекты (числа, величины, геометрические фигуры, текстовые задачи в одно действие) по выбранному признаку; </w:t>
      </w:r>
    </w:p>
    <w:p w14:paraId="0613F2AF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прикидывать размеры фигуры, её элементов; понимать смысл зависимостей и математических отношений, описанных в задаче; </w:t>
      </w:r>
    </w:p>
    <w:p w14:paraId="4651DD0B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различать и использовать разные приёмы и алгоритмы вычисления; </w:t>
      </w:r>
    </w:p>
    <w:p w14:paraId="4D99D50C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420"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выбирать метод решения (моделирование ситуации, перебор вариантов, использование алгоритма); </w:t>
      </w:r>
    </w:p>
    <w:p w14:paraId="218F1656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соотносить начало, окончание, продолжительность события в практической ситуации; составлять ряд чисел (величин, геометрических фигур) по самостоятельно выбранному правилу; моделировать предложенную практическую ситуацию; </w:t>
      </w:r>
    </w:p>
    <w:p w14:paraId="0958A714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устанавливать последовательность событий, действий сюжета текстовой задачи.</w:t>
      </w:r>
    </w:p>
    <w:p w14:paraId="290E68D5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информацией:</w:t>
      </w:r>
    </w:p>
    <w:p w14:paraId="28D8808F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читать информацию, представленную в разных формах; </w:t>
      </w:r>
    </w:p>
    <w:p w14:paraId="14C8A4E0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извлекать и интерпретировать числовые данные, представленные в таблице, на диаграмме; </w:t>
      </w:r>
    </w:p>
    <w:p w14:paraId="7069DE51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заполнять таблицы сложения и умножения, дополнять данными чертеж; устанавливать соответствие между различными записями решения задачи; </w:t>
      </w:r>
    </w:p>
    <w:p w14:paraId="1E1C8688" w14:textId="10A50B9B" w:rsidR="005E16B2" w:rsidRPr="00051DC3" w:rsidRDefault="00137A51" w:rsidP="001475A6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 дополнительную литературу (справочники, словари) для установления и</w:t>
      </w:r>
      <w:r w:rsidR="001475A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4761E280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проверки значения математического термина (понятия).</w:t>
      </w:r>
    </w:p>
    <w:p w14:paraId="113B3333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коммуникативные учебные действия:</w:t>
      </w:r>
    </w:p>
    <w:p w14:paraId="2727F82E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использовать математическую терминологию для описания отношений и зависимостей; </w:t>
      </w:r>
    </w:p>
    <w:p w14:paraId="4368CF9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строить речевые высказывания для решения задач; составлять текстовую задачу; </w:t>
      </w:r>
    </w:p>
    <w:p w14:paraId="26F05CEC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объяснять на примерах отношения «больше/меньше на … », «больше/меньше в … », «равно»; использовать математическую символику для составления числовых выражений; </w:t>
      </w:r>
    </w:p>
    <w:p w14:paraId="6E29A2BF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15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выбирать, осуществлять переход от одних единиц  измерения величины к другим в соответствии с практической ситуацией; </w:t>
      </w:r>
    </w:p>
    <w:p w14:paraId="4E55717F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участвовать в обсуждении ошибок в ходе и результате выполнения вычисления.</w:t>
      </w:r>
    </w:p>
    <w:p w14:paraId="3EEFF592" w14:textId="77777777" w:rsidR="005E16B2" w:rsidRPr="00051DC3" w:rsidRDefault="00137A51" w:rsidP="00D409D5">
      <w:pPr>
        <w:autoSpaceDE w:val="0"/>
        <w:autoSpaceDN w:val="0"/>
        <w:spacing w:before="18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регулятивные учебные действия:</w:t>
      </w:r>
    </w:p>
    <w:p w14:paraId="16ACB31D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проверять ход и результат выполнения действия; </w:t>
      </w:r>
    </w:p>
    <w:p w14:paraId="7A60278A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вести поиск ошибок, характеризовать их и исправлять; </w:t>
      </w:r>
    </w:p>
    <w:p w14:paraId="55D9C853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—  формулировать ответ (вывод), подтверждать его объяснением, расчётами; </w:t>
      </w:r>
    </w:p>
    <w:p w14:paraId="1EE70746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выбирать и использовать различные приёмы прикидки и проверки правильности вычисления; </w:t>
      </w:r>
    </w:p>
    <w:p w14:paraId="200ECA3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проверять полноту и правильность заполнения таблиц сложения, умножения..</w:t>
      </w:r>
    </w:p>
    <w:p w14:paraId="72708C40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деятельность:</w:t>
      </w:r>
    </w:p>
    <w:p w14:paraId="62C15F25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при работе в группе или в паре выполнять предложенные задания (находить разные решения; определять с помощью цифровых и аналоговых приборов, измерительных инструментов длину, массу, время); </w:t>
      </w:r>
    </w:p>
    <w:p w14:paraId="2F6BFDDC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договариваться о распределении обязанностей в совместном труде, выполнять роли руководителя, подчинённого, сдержанно принимать замечания к своей работе; </w:t>
      </w:r>
    </w:p>
    <w:p w14:paraId="5CF6BE9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выполнять совместно прикидку и оценку результата выполнения общей работы.</w:t>
      </w:r>
    </w:p>
    <w:p w14:paraId="00FA35EC" w14:textId="77777777" w:rsidR="005E16B2" w:rsidRPr="00051DC3" w:rsidRDefault="00137A51" w:rsidP="001475A6">
      <w:pPr>
        <w:autoSpaceDE w:val="0"/>
        <w:autoSpaceDN w:val="0"/>
        <w:spacing w:before="322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14:paraId="19F33F68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Числа и величины</w:t>
      </w:r>
    </w:p>
    <w:p w14:paraId="23D433C1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20" w:after="0" w:line="240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Числа в пределах миллиона: чтение, запись, поразрядное сравнение упорядочение. Число, большее или меньшее данного числа на заданное число разрядных единиц, в заданное число раз.</w:t>
      </w:r>
    </w:p>
    <w:p w14:paraId="1ED23038" w14:textId="77777777" w:rsidR="005E16B2" w:rsidRPr="00051DC3" w:rsidRDefault="00137A51" w:rsidP="00D409D5">
      <w:pPr>
        <w:autoSpaceDE w:val="0"/>
        <w:autoSpaceDN w:val="0"/>
        <w:spacing w:before="72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Величины: сравнение объектов по массе, длине, площади, вместимости.</w:t>
      </w:r>
    </w:p>
    <w:p w14:paraId="00909FEA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Единицы массы — центнер, тонна; соотношения между единицами массы.</w:t>
      </w:r>
    </w:p>
    <w:p w14:paraId="47537B62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Единицы времени (сутки, неделя, месяц, год, век), соотношение между ними.</w:t>
      </w:r>
    </w:p>
    <w:p w14:paraId="68B1369B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right="288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Единицы длины (миллиметр, сантиметр, дециметр, метр, километр), площади (квадратный метр, квадратный сантиметр), вместимости (литр), скорости (километры в час, метры в минуту, метры в секунду); соотношение между единицами в пределах 100 000.</w:t>
      </w:r>
    </w:p>
    <w:p w14:paraId="7188B764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Доля величины времени, массы, длины.</w:t>
      </w:r>
    </w:p>
    <w:p w14:paraId="24F0646D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Арифметические действия</w:t>
      </w:r>
    </w:p>
    <w:p w14:paraId="35496F0F" w14:textId="77777777" w:rsidR="005E16B2" w:rsidRPr="00051DC3" w:rsidRDefault="00137A51" w:rsidP="00D409D5">
      <w:pPr>
        <w:autoSpaceDE w:val="0"/>
        <w:autoSpaceDN w:val="0"/>
        <w:spacing w:before="118" w:after="0" w:line="240" w:lineRule="auto"/>
        <w:ind w:right="576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Письменное сложение, вычитание многозначных чисел в пределах миллиона. Письменное умножение, деление многозначных чисел на однозначное/двузначное число в пределах 100 000; деление с остатком. Умножение/деление на 10, 100, 1000.</w:t>
      </w:r>
    </w:p>
    <w:p w14:paraId="5055D8C5" w14:textId="18A1D931" w:rsidR="005E16B2" w:rsidRPr="00051DC3" w:rsidRDefault="00137A51" w:rsidP="001475A6">
      <w:pPr>
        <w:autoSpaceDE w:val="0"/>
        <w:autoSpaceDN w:val="0"/>
        <w:spacing w:before="70"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Свойства арифметических действий и их применение для вычислений. Поиск значения числового выражения, содержащего несколько действий в пределах 100 000. Проверка результата вычислений, в</w:t>
      </w:r>
      <w:r w:rsidR="001475A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том числе с помощью калькулятора.</w:t>
      </w:r>
    </w:p>
    <w:p w14:paraId="0869CD25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Равенство, содержащее неизвестный компонент арифметического действия: запись, нахождение неизвестного компонента.</w:t>
      </w:r>
    </w:p>
    <w:p w14:paraId="5DEFB42B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Умножение и деление величины на однозначное число.</w:t>
      </w:r>
    </w:p>
    <w:p w14:paraId="4FDFCA82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Текстовые задачи</w:t>
      </w:r>
    </w:p>
    <w:p w14:paraId="5768C4DA" w14:textId="77777777" w:rsidR="005E16B2" w:rsidRPr="00051DC3" w:rsidRDefault="00137A51" w:rsidP="00D409D5">
      <w:pPr>
        <w:autoSpaceDE w:val="0"/>
        <w:autoSpaceDN w:val="0"/>
        <w:spacing w:before="118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Работа с текстовой  задачей,  решение  которой  содержит 2—3 действия: анализ, представление на модели; планирование и запись решения; проверка решения и ответа. Анализ зависимостей, характеризующих процессы: движения (скорость, время, пройденный путь), работы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(производительность, время, объём работы), купли продажи (цена, количество, стоимость) и решение соответствующих задач. Задачи на установление времени (начало, продолжительность и окончание события), расчёта количества, расхода, изменения. Задачи на нахождение доли величины, величины по её доле. Разные способы решения некоторых видов изученных задач. Оформление решения по действиям с пояснением, по вопросам, с помощью числового выражения.</w:t>
      </w:r>
    </w:p>
    <w:p w14:paraId="6954C10D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14:paraId="737EF21A" w14:textId="77777777" w:rsidR="005E16B2" w:rsidRPr="00051DC3" w:rsidRDefault="00137A51" w:rsidP="00D409D5">
      <w:pPr>
        <w:autoSpaceDE w:val="0"/>
        <w:autoSpaceDN w:val="0"/>
        <w:spacing w:before="11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Наглядные представления о симметрии.</w:t>
      </w:r>
    </w:p>
    <w:p w14:paraId="681ABC3D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Окружность, круг: распознавание и изображение; построение окружности заданного радиуса. Построение изученных геометрических фигур с помощью линейки, угольника, циркуля.</w:t>
      </w:r>
    </w:p>
    <w:p w14:paraId="64B46678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Пространственные геометрические фигуры (тела): шар, куб, цилиндр, конус, пирамида; различение, называние.</w:t>
      </w:r>
    </w:p>
    <w:p w14:paraId="77CC0286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70" w:after="0" w:line="240" w:lineRule="auto"/>
        <w:ind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Конструирование: разбиение фигуры на прямоугольники (квадраты), составление фигур из прямоугольников/квадратов.</w:t>
      </w:r>
    </w:p>
    <w:p w14:paraId="6889D553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Периметр, площадь фигуры, составленной из двух, трёх прямоугольников (квадратов).</w:t>
      </w:r>
    </w:p>
    <w:p w14:paraId="0AC9BABB" w14:textId="77777777" w:rsidR="005E16B2" w:rsidRPr="00051DC3" w:rsidRDefault="00137A51" w:rsidP="00D409D5">
      <w:pPr>
        <w:autoSpaceDE w:val="0"/>
        <w:autoSpaceDN w:val="0"/>
        <w:spacing w:before="26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Математическая информация</w:t>
      </w:r>
    </w:p>
    <w:p w14:paraId="780D48C9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18" w:after="0" w:line="240" w:lineRule="auto"/>
        <w:ind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Работа с утверждениями: конструирование, проверка истинности; составление и проверка логических рассуждений при решении задач.</w:t>
      </w:r>
    </w:p>
    <w:p w14:paraId="30AE3158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right="432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Данные о реальных процессах и явлениях окружающего мира, представленные на диаграммах, схемах, в таблицах, текстах. Сбор математических данных о заданном объекте (числе, величине, геометрической фигуре). Поиск информации в справочной литературе, сети Интернет. Запись информации в предложенной таблице, на столбчатой диаграмме.</w:t>
      </w:r>
    </w:p>
    <w:p w14:paraId="25A7CD38" w14:textId="77777777" w:rsidR="005E16B2" w:rsidRPr="00051DC3" w:rsidRDefault="00137A51" w:rsidP="00D409D5">
      <w:pPr>
        <w:autoSpaceDE w:val="0"/>
        <w:autoSpaceDN w:val="0"/>
        <w:spacing w:before="72" w:after="0" w:line="240" w:lineRule="auto"/>
        <w:ind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Доступные электронные средства обучения, пособия, тренажёры, их использование под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руководством педагога и самостоятельно. Правила безопасной работы с электронными источниками информации (электронная форма учебника, электронные словари, образовательные сайты,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ориентированные на детей младшего школьного возраста).</w:t>
      </w:r>
    </w:p>
    <w:p w14:paraId="3178A56D" w14:textId="77777777" w:rsidR="005E16B2" w:rsidRPr="00051DC3" w:rsidRDefault="00137A51" w:rsidP="00D409D5">
      <w:pPr>
        <w:autoSpaceDE w:val="0"/>
        <w:autoSpaceDN w:val="0"/>
        <w:spacing w:before="7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Алгоритмы решения учебных и практических задач.</w:t>
      </w:r>
    </w:p>
    <w:p w14:paraId="7C6F166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14:paraId="4CBB0BB0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познавательные учебные действия:</w:t>
      </w:r>
    </w:p>
    <w:p w14:paraId="3EBC4776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 w:right="14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ориентироваться в изученной математической терминологии, использовать её в высказываниях и рассуждениях;</w:t>
      </w:r>
    </w:p>
    <w:p w14:paraId="580E629E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математические объекты (числа, величины, геометрические фигуры), записывать признак сравнения; выбирать метод решения математической задачи (алгоритм действия, приём вычисления, способ решения, моделирование ситуации, перебор вариантов); </w:t>
      </w:r>
    </w:p>
    <w:p w14:paraId="3AEA1EB1" w14:textId="1415E0CE" w:rsidR="005E16B2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обнаруживать модели изученных геометрических фигур в окружающем мире; </w:t>
      </w:r>
    </w:p>
    <w:p w14:paraId="37DBE2E6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24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конструировать геометрическую фигуру, обладающую заданным свойством (отрезок заданной длины, ломаная определённой длины, квадрат с заданным периметром); </w:t>
      </w:r>
    </w:p>
    <w:p w14:paraId="099C61F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классифицировать объекты по 1 - 2 выбранным признакам; </w:t>
      </w:r>
    </w:p>
    <w:p w14:paraId="4F66A3A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составлять модель математической задачи, проверять её соответствие условиям задачи; </w:t>
      </w:r>
    </w:p>
    <w:p w14:paraId="2FA151F4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определять с помощью цифровых и аналоговых приборов: массу предмета (электронные и гиревые весы), температуру (градусник), скорость движения транспортного средства (макет спидометра), вместимость (с помощью измерительных сосудов).</w:t>
      </w:r>
    </w:p>
    <w:p w14:paraId="5AD1C306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информацией:</w:t>
      </w:r>
    </w:p>
    <w:p w14:paraId="3C339EA9" w14:textId="77777777" w:rsidR="005E16B2" w:rsidRPr="00051DC3" w:rsidRDefault="00137A51" w:rsidP="00D409D5">
      <w:pPr>
        <w:autoSpaceDE w:val="0"/>
        <w:autoSpaceDN w:val="0"/>
        <w:spacing w:before="18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представлять информацию в разных формах; </w:t>
      </w:r>
    </w:p>
    <w:p w14:paraId="235A9F4D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извлекать и интерпретировать информацию, представленную в таблице, на диаграмме; использовать справочную литературу для поиска информации, в том числе Интернет (в условиях контролируемого выхода).</w:t>
      </w:r>
    </w:p>
    <w:p w14:paraId="669E01A5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коммуникативные учебные действия:</w:t>
      </w:r>
    </w:p>
    <w:p w14:paraId="56B20B61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240"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использовать математическую терминологию для записи решения предметной или практической задачи; </w:t>
      </w:r>
    </w:p>
    <w:p w14:paraId="076B6C6C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приводить примеры и контрпримеры для подтверждения/опровержения вывода, гипотезы; </w:t>
      </w:r>
    </w:p>
    <w:p w14:paraId="3F2B1917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—  конструировать, читать числовое выражение; </w:t>
      </w:r>
    </w:p>
    <w:p w14:paraId="736E677C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описывать практическую ситуацию с использованием изученной терминологии; </w:t>
      </w:r>
    </w:p>
    <w:p w14:paraId="6D8501F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характеризовать математические объекты, явления и события с помощью изученных величин; </w:t>
      </w:r>
    </w:p>
    <w:p w14:paraId="22A98619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составлять инструкцию, записывать рассуждение; </w:t>
      </w:r>
    </w:p>
    <w:p w14:paraId="5C8A426D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инициировать обсуждение разных способов выполнения задания, поиск ошибок в решении.</w:t>
      </w:r>
    </w:p>
    <w:p w14:paraId="3F23252B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Универсальные регулятивные учебные действия:</w:t>
      </w:r>
    </w:p>
    <w:p w14:paraId="4255A6BB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контролировать правильность и полноту выполнения алгоритма арифметического действия, решения текстовой задачи, построения геометрической фигуры, измерения; </w:t>
      </w:r>
    </w:p>
    <w:p w14:paraId="6AEA320B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самостоятельно выполнять прикидку и оценку результата измерений; </w:t>
      </w:r>
    </w:p>
    <w:p w14:paraId="358EAF3B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находить, исправлять, прогнозировать трудности и ошибки и трудности в решении учебной задачи.</w:t>
      </w:r>
    </w:p>
    <w:p w14:paraId="3DE53F2E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деятельность:</w:t>
      </w:r>
    </w:p>
    <w:p w14:paraId="1EB58BE6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участвовать в совместной деятельности: договариваться о способе решения, распределять работу между членами группы (например, в случае решения задач, требующих перебора большого количества вариантов), согласовывать мнения в ходе поиска доказательств, выбора рационального способа; </w:t>
      </w:r>
    </w:p>
    <w:p w14:paraId="35C4B54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договариваться с одноклассниками в ходе организации проектной работы с величинами (составление расписания, подсчёт денег, оценка стоимости и веса покупки, рост и вес человека, приближённая оценка расстояний и временных интервалов; взвешивание; измерение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температуры воздуха и воды), геометрическими фигурами (выбор формы и деталей при конструировании, расчёт и разметка, прикидка и оценка конечного результата).</w:t>
      </w:r>
    </w:p>
    <w:p w14:paraId="566AF32E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328" w:right="786" w:bottom="528" w:left="846" w:header="720" w:footer="720" w:gutter="0"/>
          <w:cols w:space="720" w:equalWidth="0">
            <w:col w:w="10268" w:space="0"/>
          </w:cols>
          <w:docGrid w:linePitch="360"/>
        </w:sectPr>
      </w:pPr>
    </w:p>
    <w:p w14:paraId="600000C1" w14:textId="77777777" w:rsidR="005E16B2" w:rsidRPr="00051DC3" w:rsidRDefault="005E16B2" w:rsidP="00D409D5">
      <w:pPr>
        <w:autoSpaceDE w:val="0"/>
        <w:autoSpaceDN w:val="0"/>
        <w:spacing w:after="78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7B29CC2B" w14:textId="77777777" w:rsidR="005E16B2" w:rsidRPr="00051DC3" w:rsidRDefault="00137A51" w:rsidP="001475A6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14:paraId="0D8A8895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346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Изучение математики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16A67274" w14:textId="77777777" w:rsidR="005E16B2" w:rsidRPr="00051DC3" w:rsidRDefault="00137A51" w:rsidP="001475A6">
      <w:pPr>
        <w:autoSpaceDE w:val="0"/>
        <w:autoSpaceDN w:val="0"/>
        <w:spacing w:before="262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0A819A12" w14:textId="77777777" w:rsidR="005E16B2" w:rsidRPr="00051DC3" w:rsidRDefault="00137A51" w:rsidP="00D409D5">
      <w:pPr>
        <w:tabs>
          <w:tab w:val="left" w:pos="180"/>
        </w:tabs>
        <w:autoSpaceDE w:val="0"/>
        <w:autoSpaceDN w:val="0"/>
        <w:spacing w:before="166" w:after="0" w:line="240" w:lineRule="auto"/>
        <w:ind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результате изучения предмета «Математика» у обучающегося будут сформированы следующие личностные результаты:</w:t>
      </w:r>
    </w:p>
    <w:p w14:paraId="2900546C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осознавать необходимость изучения математики для адаптации к жизненным ситуациям, для развития общей культуры человека; </w:t>
      </w:r>
    </w:p>
    <w:p w14:paraId="0CB36956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развития способности мыслить, рассуждать, выдвигать предположения и доказывать или опровергать их; </w:t>
      </w:r>
    </w:p>
    <w:p w14:paraId="59DCC143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14:paraId="04EF09F3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осваивать навыки организации безопасного поведения в информационной среде; </w:t>
      </w:r>
    </w:p>
    <w:p w14:paraId="615D6440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 </w:t>
      </w:r>
    </w:p>
    <w:p w14:paraId="56DBD533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 </w:t>
      </w:r>
    </w:p>
    <w:p w14:paraId="4A8ED939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 </w:t>
      </w:r>
    </w:p>
    <w:p w14:paraId="6530356C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оценивать свои успехи в изучении математики, намечать пути устранения трудностей; </w:t>
      </w:r>
    </w:p>
    <w:p w14:paraId="057E68A6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стремиться углублять свои математические знания и умения; 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14:paraId="5D8157CF" w14:textId="77777777" w:rsidR="005E16B2" w:rsidRPr="00051DC3" w:rsidRDefault="00137A51" w:rsidP="001475A6">
      <w:pPr>
        <w:autoSpaceDE w:val="0"/>
        <w:autoSpaceDN w:val="0"/>
        <w:spacing w:before="324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4612802F" w14:textId="77777777" w:rsidR="005E16B2" w:rsidRPr="00051DC3" w:rsidRDefault="00137A51" w:rsidP="00D409D5">
      <w:pPr>
        <w:autoSpaceDE w:val="0"/>
        <w:autoSpaceDN w:val="0"/>
        <w:spacing w:before="16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 концу обучения у обучающегося формируются следующие универсальные учебные действия.</w:t>
      </w:r>
    </w:p>
    <w:p w14:paraId="4ECC58B3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Универсальные  познавательные учебные действия:</w:t>
      </w:r>
    </w:p>
    <w:p w14:paraId="1073ABC3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1)  Базовые логические действия:</w:t>
      </w:r>
    </w:p>
    <w:p w14:paraId="40911E6C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устанавливать связи и зависимости между математическими объектами (часть-целое; причина-следствие; протяжённость); </w:t>
      </w:r>
    </w:p>
    <w:p w14:paraId="1A48F31F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применять базовые логические универсальные действия: сравнение, анализ, классификация (группировка), обобщение;</w:t>
      </w:r>
    </w:p>
    <w:p w14:paraId="7BA3B696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приобретать практические графические и измерительные навыки для успешного решения учебных и житейских задач;</w:t>
      </w:r>
    </w:p>
    <w:p w14:paraId="52A09FE3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14:paraId="7722A9FE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2)  Базовые исследовательские действия:</w:t>
      </w:r>
    </w:p>
    <w:p w14:paraId="07E07002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298" w:right="650" w:bottom="37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4835C495" w14:textId="77777777" w:rsidR="005E16B2" w:rsidRPr="00051DC3" w:rsidRDefault="005E16B2" w:rsidP="00D409D5">
      <w:pPr>
        <w:autoSpaceDE w:val="0"/>
        <w:autoSpaceDN w:val="0"/>
        <w:spacing w:after="132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1C36963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24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проявлять способность ориентироваться в учебном материале разных разделов курса математики; </w:t>
      </w:r>
    </w:p>
    <w:p w14:paraId="50AECBF6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 w:right="14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понимать и адекватно использовать математическую терминологию: различать, характеризовать, использовать для решения учебных и практических задач; </w:t>
      </w:r>
    </w:p>
    <w:p w14:paraId="5CD383C4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применять изученные методы познания (измерение, моделирование, перебор вариантов)</w:t>
      </w:r>
    </w:p>
    <w:p w14:paraId="3972E985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3)  Работа с информацией:</w:t>
      </w:r>
    </w:p>
    <w:p w14:paraId="08755BB3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и использовать для решения учебных задач текстовую, графическую информацию в разных источниках информационной среды; </w:t>
      </w:r>
    </w:p>
    <w:p w14:paraId="194BA757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24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читать, интерпретировать графически представленную информацию (схему, таблицу, диаграмму, другую модель); </w:t>
      </w:r>
    </w:p>
    <w:p w14:paraId="065F68C2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 </w:t>
      </w:r>
    </w:p>
    <w:p w14:paraId="15429E24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принимать правила, безопасно использовать предлагаемые электронные средства и источники информации.</w:t>
      </w:r>
    </w:p>
    <w:p w14:paraId="37B97F61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Универсальные коммуникативные учебные действия:</w:t>
      </w:r>
    </w:p>
    <w:p w14:paraId="62587DD5" w14:textId="77777777" w:rsidR="005E16B2" w:rsidRPr="00051DC3" w:rsidRDefault="00137A51" w:rsidP="00D409D5">
      <w:pPr>
        <w:autoSpaceDE w:val="0"/>
        <w:autoSpaceDN w:val="0"/>
        <w:spacing w:before="29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конструировать утверждения, проверять их истинность;</w:t>
      </w:r>
    </w:p>
    <w:p w14:paraId="77E04D29" w14:textId="77777777" w:rsidR="005E16B2" w:rsidRPr="00051DC3" w:rsidRDefault="00137A51" w:rsidP="00D409D5">
      <w:pPr>
        <w:autoSpaceDE w:val="0"/>
        <w:autoSpaceDN w:val="0"/>
        <w:spacing w:before="23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строить логическое рассуждение;</w:t>
      </w:r>
    </w:p>
    <w:p w14:paraId="72FD169A" w14:textId="77777777" w:rsidR="005E16B2" w:rsidRPr="00051DC3" w:rsidRDefault="00137A51" w:rsidP="00D409D5">
      <w:pPr>
        <w:autoSpaceDE w:val="0"/>
        <w:autoSpaceDN w:val="0"/>
        <w:spacing w:before="238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использовать текст задания для объяснения способа и хода решения математической задачи;</w:t>
      </w:r>
    </w:p>
    <w:p w14:paraId="725903C2" w14:textId="77777777" w:rsidR="005E16B2" w:rsidRPr="00051DC3" w:rsidRDefault="00137A51" w:rsidP="00D409D5">
      <w:pPr>
        <w:autoSpaceDE w:val="0"/>
        <w:autoSpaceDN w:val="0"/>
        <w:spacing w:before="23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формулировать ответ;</w:t>
      </w:r>
    </w:p>
    <w:p w14:paraId="5BF22661" w14:textId="77777777" w:rsidR="005E16B2" w:rsidRPr="00051DC3" w:rsidRDefault="00137A51" w:rsidP="00D409D5">
      <w:pPr>
        <w:autoSpaceDE w:val="0"/>
        <w:autoSpaceDN w:val="0"/>
        <w:spacing w:before="238" w:after="0" w:line="240" w:lineRule="auto"/>
        <w:ind w:left="24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комментировать процесс вычисления, построения, решения; объяснять полученный ответ с использованием изученной терминологии;</w:t>
      </w:r>
    </w:p>
    <w:p w14:paraId="73B74FA5" w14:textId="77777777" w:rsidR="005E16B2" w:rsidRPr="00051DC3" w:rsidRDefault="00137A51" w:rsidP="00D409D5">
      <w:pPr>
        <w:autoSpaceDE w:val="0"/>
        <w:autoSpaceDN w:val="0"/>
        <w:spacing w:before="23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14:paraId="5A77692C" w14:textId="77777777" w:rsidR="005E16B2" w:rsidRPr="00051DC3" w:rsidRDefault="00137A51" w:rsidP="00D409D5">
      <w:pPr>
        <w:autoSpaceDE w:val="0"/>
        <w:autoSpaceDN w:val="0"/>
        <w:spacing w:before="240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создавать в соответствии с учебной задачей тексты разного вида -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14:paraId="320A9D1E" w14:textId="77777777" w:rsidR="005E16B2" w:rsidRPr="00051DC3" w:rsidRDefault="00137A51" w:rsidP="00D409D5">
      <w:pPr>
        <w:autoSpaceDE w:val="0"/>
        <w:autoSpaceDN w:val="0"/>
        <w:spacing w:before="23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ориентироваться в алгоритмах: воспроизводить, дополнять, исправлять деформированные;</w:t>
      </w:r>
    </w:p>
    <w:p w14:paraId="5C3A6376" w14:textId="77777777" w:rsidR="005E16B2" w:rsidRPr="00051DC3" w:rsidRDefault="00137A51" w:rsidP="00D409D5">
      <w:pPr>
        <w:autoSpaceDE w:val="0"/>
        <w:autoSpaceDN w:val="0"/>
        <w:spacing w:before="238" w:after="0" w:line="240" w:lineRule="auto"/>
        <w:ind w:left="24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составлять по аналогии; . самостоятельно составлять тексты заданий, аналогичные типовым изученным.</w:t>
      </w:r>
    </w:p>
    <w:p w14:paraId="47067E5B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Универсальные регулятивные учебные действия:</w:t>
      </w:r>
    </w:p>
    <w:p w14:paraId="5F2A56C1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1)  Самоорганизация:</w:t>
      </w:r>
    </w:p>
    <w:p w14:paraId="764F00F4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планировать этапы предстоящей работы, определять последовательность учебных действий; </w:t>
      </w:r>
    </w:p>
    <w:p w14:paraId="4FE47E7C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240" w:right="86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выполнять правила безопасного использования электронных средств, предлагаемых в процессе обучения.</w:t>
      </w:r>
    </w:p>
    <w:p w14:paraId="0BD53FFB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2)  Самоконтроль:</w:t>
      </w:r>
    </w:p>
    <w:p w14:paraId="0F042700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24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осуществлять контроль процесса и результата своей деятельности, объективно оценивать их; </w:t>
      </w:r>
    </w:p>
    <w:p w14:paraId="2D58E1ED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352" w:right="722" w:bottom="302" w:left="846" w:header="720" w:footer="720" w:gutter="0"/>
          <w:cols w:space="720" w:equalWidth="0">
            <w:col w:w="10332" w:space="0"/>
          </w:cols>
          <w:docGrid w:linePitch="360"/>
        </w:sectPr>
      </w:pPr>
    </w:p>
    <w:p w14:paraId="45DFFA0B" w14:textId="77777777" w:rsidR="005E16B2" w:rsidRPr="00051DC3" w:rsidRDefault="005E16B2" w:rsidP="00D409D5">
      <w:pPr>
        <w:autoSpaceDE w:val="0"/>
        <w:autoSpaceDN w:val="0"/>
        <w:spacing w:after="144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C8853A2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выбирать и при необходимости корректировать способы действий; </w:t>
      </w:r>
    </w:p>
    <w:p w14:paraId="54FD4D4F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находить ошибки в своей работе, устанавливать их причины, вести поиск путей преодоления ошибок.</w:t>
      </w:r>
    </w:p>
    <w:p w14:paraId="148BB947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3)  Самооценка:</w:t>
      </w:r>
    </w:p>
    <w:p w14:paraId="4F4F89A5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 </w:t>
      </w:r>
    </w:p>
    <w:p w14:paraId="39606944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оценивать рациональность своих действий, давать им качественную характеристику.</w:t>
      </w:r>
    </w:p>
    <w:p w14:paraId="42B325E0" w14:textId="77777777" w:rsidR="005E16B2" w:rsidRPr="00051DC3" w:rsidRDefault="00137A51" w:rsidP="00D409D5">
      <w:pPr>
        <w:autoSpaceDE w:val="0"/>
        <w:autoSpaceDN w:val="0"/>
        <w:spacing w:before="180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6DC0E9D9" w14:textId="77777777" w:rsidR="005E16B2" w:rsidRPr="00051DC3" w:rsidRDefault="00137A51" w:rsidP="00D409D5">
      <w:pPr>
        <w:autoSpaceDE w:val="0"/>
        <w:autoSpaceDN w:val="0"/>
        <w:spacing w:before="180" w:after="0" w:line="240" w:lineRule="auto"/>
        <w:ind w:left="420"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контрпримеров); </w:t>
      </w:r>
    </w:p>
    <w:p w14:paraId="1CD8241E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согласовывать  мнения в ходе поиска доказательств, выбора рационального способа, анализа информации;</w:t>
      </w:r>
    </w:p>
    <w:p w14:paraId="2AEE5729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14:paraId="14928595" w14:textId="77777777" w:rsidR="005E16B2" w:rsidRPr="00051DC3" w:rsidRDefault="00137A51" w:rsidP="001475A6">
      <w:pPr>
        <w:autoSpaceDE w:val="0"/>
        <w:autoSpaceDN w:val="0"/>
        <w:spacing w:before="322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541B55C2" w14:textId="77777777" w:rsidR="005E16B2" w:rsidRPr="00051DC3" w:rsidRDefault="00137A51" w:rsidP="001475A6">
      <w:pPr>
        <w:autoSpaceDE w:val="0"/>
        <w:autoSpaceDN w:val="0"/>
        <w:spacing w:before="262"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14:paraId="37B5C8E5" w14:textId="77777777" w:rsidR="005E16B2" w:rsidRPr="00051DC3" w:rsidRDefault="00137A51" w:rsidP="00D409D5">
      <w:pPr>
        <w:autoSpaceDE w:val="0"/>
        <w:autoSpaceDN w:val="0"/>
        <w:spacing w:before="166" w:after="0" w:line="240" w:lineRule="auto"/>
        <w:ind w:left="18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 концу обучения в 1 классе обучающийся научится:</w:t>
      </w:r>
    </w:p>
    <w:p w14:paraId="53E8D5BA" w14:textId="77777777" w:rsidR="005E16B2" w:rsidRPr="00051DC3" w:rsidRDefault="00137A51" w:rsidP="00D409D5">
      <w:pPr>
        <w:autoSpaceDE w:val="0"/>
        <w:autoSpaceDN w:val="0"/>
        <w:spacing w:before="178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читать, записывать, сравнивать,  упорядочивать  числа  от  0 до 20; </w:t>
      </w:r>
    </w:p>
    <w:p w14:paraId="265C26ED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пересчитывать различные объекты, устанавливать порядковый номер объекта; </w:t>
      </w:r>
    </w:p>
    <w:p w14:paraId="384E0A3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числа, большие/меньшие данного числа на заданное число; </w:t>
      </w:r>
    </w:p>
    <w:p w14:paraId="24EAE20F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арифметические действия сложения и вычитания в пределах 20 (устно и письменно) без перехода через десяток; называть и различать компоненты действий сложения (слагаемые, сумма) и вычитания (уменьшаемое, вычитаемое, разность); </w:t>
      </w:r>
    </w:p>
    <w:p w14:paraId="61EF1983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left="420" w:right="43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решать текстовые задачи в одно действие на сложение и вычитание: выделять условие и требование (вопрос); </w:t>
      </w:r>
    </w:p>
    <w:p w14:paraId="2CB29C0B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объекты по длине, устанавливая между ними соотношение длиннее/короче (выше/ниже, шире/уже); </w:t>
      </w:r>
    </w:p>
    <w:p w14:paraId="5B192996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знать и использовать единицу длины — сантиметр; измерять длину отрезка, чертить отрезок заданной длины (в см); </w:t>
      </w:r>
    </w:p>
    <w:p w14:paraId="6F5D464B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 w:right="100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различать число и цифру; распознавать геометрические фигуры: круг, треугольник, прямоугольник (квадрат), отрезок; </w:t>
      </w:r>
    </w:p>
    <w:p w14:paraId="685E8D2D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устанавливать между объектами соотношения: слева/справа, дальше/ближе, между, перед/за, над/под; </w:t>
      </w:r>
    </w:p>
    <w:p w14:paraId="0E5AE0C6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распознавать верные (истинные) и неверные (ложные) утверждения относительно заданного набора объектов/предметов; </w:t>
      </w:r>
    </w:p>
    <w:p w14:paraId="4F6DD535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группировать объекты по заданному признаку; находить и называть закономерности в ряду</w:t>
      </w:r>
    </w:p>
    <w:p w14:paraId="439944D2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364" w:right="790" w:bottom="324" w:left="666" w:header="720" w:footer="720" w:gutter="0"/>
          <w:cols w:space="720" w:equalWidth="0">
            <w:col w:w="10444" w:space="0"/>
          </w:cols>
          <w:docGrid w:linePitch="360"/>
        </w:sectPr>
      </w:pPr>
    </w:p>
    <w:p w14:paraId="69F1FBB6" w14:textId="77777777" w:rsidR="005E16B2" w:rsidRPr="00051DC3" w:rsidRDefault="005E16B2" w:rsidP="00D409D5">
      <w:pPr>
        <w:autoSpaceDE w:val="0"/>
        <w:autoSpaceDN w:val="0"/>
        <w:spacing w:after="66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35263A4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объектов повседневной жизни;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различать строки и столбцы таблицы, вносить данное в таблицу, извлекать данное/данные из таблицы;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сравнивать два объекта (числа, геометрические фигуры); распределять объекты на две группы по заданному основанию.</w:t>
      </w:r>
    </w:p>
    <w:p w14:paraId="2487212E" w14:textId="77777777" w:rsidR="001475A6" w:rsidRDefault="00137A51" w:rsidP="001475A6">
      <w:pPr>
        <w:tabs>
          <w:tab w:val="left" w:pos="180"/>
          <w:tab w:val="left" w:pos="420"/>
        </w:tabs>
        <w:autoSpaceDE w:val="0"/>
        <w:autoSpaceDN w:val="0"/>
        <w:spacing w:before="322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14:paraId="0AC53AFC" w14:textId="6F109D20" w:rsidR="005E16B2" w:rsidRPr="00051DC3" w:rsidRDefault="00137A51" w:rsidP="001475A6">
      <w:pPr>
        <w:tabs>
          <w:tab w:val="left" w:pos="180"/>
          <w:tab w:val="left" w:pos="420"/>
        </w:tabs>
        <w:autoSpaceDE w:val="0"/>
        <w:autoSpaceDN w:val="0"/>
        <w:spacing w:before="322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 концу обучения во 2классе обучающийся научится: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читать, записывать, сравнивать, упорядочивать числа в пределах 100;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число большее/меньшее данного числа на заданное число (в пределах 100); большее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данного числа в заданное число раз (в пределах 20);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устанавливать и соблюдать порядок при вычислении значения числового выражения (со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скобками/без скобок), содержащего действия сложения и вычитания в пределах 100;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арифметические действия: сложение и вычитание, в пределах 100 устно и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письменно; умножение и деление в пределах 50 с использованием таблицы умножения;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называть и различать компоненты действий умножения (множители, произведение); деления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(делимое, делитель, частное);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неизвестный компонент сложения, вычитания; использовать при выполнении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практических заданий единицы величин длины (сантиметр, дециметр, метр), массы (килограмм),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времени (минута, час); стоимости (рубль, копейка); преобразовывать одни единицы данных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величин  в другие;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определять с помощью измерительных инструментов длину; определять время с помощью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часов; выполнять прикидку и оценку результата измерений; сравнивать величины длины, массы,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времени, стоимости, устанавливая между ними соотношение «больше/меньше на»;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решать текстовые задачи в одно-два действия: представлять задачу (краткая запись, рисунок,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таблица или другая модель);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планировать ход решения текстовой задачи в два действия, оформлять его в виде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арифметического действия/действий, записывать ответ;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различать и называть геометрические фигуры: прямой угол; ломаную, многоугольник;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выделять среди четырехугольников прямоугольники, квадраты;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 бумаге в клетку изображать ломаную, многоугольник; чертить прямой угол,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прямоугольник с заданными длинами сторон;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использовать для выполнения построений линейку, угольник;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измерение длин реальных объектов с помощью линейки; находить длину ломаной,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состоящей из двух-трёх звеньев, периметр прямоугольника (квадрата);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распознавать верные (истинные) и неверные (ложные) утверждения со словами «все»,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«каждый»;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проводить одно-</w:t>
      </w:r>
      <w:proofErr w:type="spellStart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двухшаговые</w:t>
      </w:r>
      <w:proofErr w:type="spellEnd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логические рассуждения и делать выводы;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общий признак группы математических объектов (чисел, величин, геометрических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фигур);</w:t>
      </w:r>
    </w:p>
    <w:p w14:paraId="6E45A5D8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420"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закономерность в ряду объектов (чисел, геометрических фигур);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представлять информацию в заданной форме: дополнять текст задачи числами, заполнять строку/столбец таблицы, указывать числовые данные на рисунке (изображении геометрических фигур);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группы объектов (находить общее, различное);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обнаруживать модели геометрических фигур в окружающем мире; подбирать примеры, подтверждающие суждение, ответ;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составлять (дополнять) текстовую задачу;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проверять правильность вычислений.</w:t>
      </w:r>
    </w:p>
    <w:p w14:paraId="59702C5B" w14:textId="3F629020" w:rsidR="001475A6" w:rsidRDefault="00137A51" w:rsidP="001475A6">
      <w:pPr>
        <w:tabs>
          <w:tab w:val="left" w:pos="180"/>
          <w:tab w:val="left" w:pos="420"/>
        </w:tabs>
        <w:autoSpaceDE w:val="0"/>
        <w:autoSpaceDN w:val="0"/>
        <w:spacing w:before="32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14:paraId="00F83740" w14:textId="433FF923" w:rsidR="005E16B2" w:rsidRPr="00051DC3" w:rsidRDefault="00137A51" w:rsidP="00D409D5">
      <w:pPr>
        <w:tabs>
          <w:tab w:val="left" w:pos="180"/>
          <w:tab w:val="left" w:pos="420"/>
        </w:tabs>
        <w:autoSpaceDE w:val="0"/>
        <w:autoSpaceDN w:val="0"/>
        <w:spacing w:before="324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 концу обучения в 3 классе  обучающийся научится: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читать, записывать, сравнивать, упорядочивать числа в пределах 1000;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число большее/меньшее данного числа на заданное число, в заданное число раз (в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пределах 1000);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арифметические действия: сложение и вычитание (в пределах 100 — устно, в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пределах 1000 — письменно); умножение и деление на однозначное число (в пределах 100 —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устно и письменно);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действия умножение и деление с числами 0 и 1, деление с остатком;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устанавливать и соблюдать порядок действий при вычислении значения числового выражения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(со скобками/без скобок), содержащего арифметические действия сложения, вычитания,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умножения и деления; использовать при вычислениях переместительное и сочетательное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свойства сложения;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неизвестный компонент арифметического действия;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использовать при выполнении практических заданий и решении задач единицы: длины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(миллиметр, сантиметр, дециметр, метр, километр), массы (грамм, килограмм), времени (минута,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час, секунда), стоимости (копейка, рубль),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преобразовывать одни единицы данной величины в другие;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определять с помощью цифровых и аналоговых приборов, измерительных инструментов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длину, массу, время;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прикидку и оценку результата измерений;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определять продолжительность события; сравнивать величины длины, площади, массы,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времени, стоимости, устанавливая между ними соотношение «больше/ меньше на/в»;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называть, находить долю величины (половина, четверть);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величины, выраженные долями;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знать и использовать при решении задач и в практических ситуациях (покупка товара,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определение времени, выполнение расчётов) соотношение между величинами;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сложение и вычитание однородных величин, умножение и деление величины на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однозначное число; </w:t>
      </w:r>
    </w:p>
    <w:p w14:paraId="4F217D36" w14:textId="77777777" w:rsidR="005E16B2" w:rsidRPr="00051DC3" w:rsidRDefault="00137A51" w:rsidP="00D409D5">
      <w:pPr>
        <w:autoSpaceDE w:val="0"/>
        <w:autoSpaceDN w:val="0"/>
        <w:spacing w:after="0" w:line="240" w:lineRule="auto"/>
        <w:ind w:left="420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решать задачи в одно, два действия: представлять текст задачи, планировать ход решения, записывать решение и ответ, анализировать решение (искать другой способ решения), оценивать ответ (устанавливать его реалистичность, проверять вычисления);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конструировать прямоугольник из данных фигур (квадратов), делить прямоугольник, многоугольник на заданные части;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фигуры по площади (наложение, сопоставление числовых значений);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периметр прямоугольника (квадрата), площадь прямоугольника (квадрата), используя правило/алгоритм;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распознавать верные (истинные) и неверные (ложные) утверждения со словами: «</w:t>
      </w:r>
      <w:proofErr w:type="spellStart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все»,«некоторые</w:t>
      </w:r>
      <w:proofErr w:type="spellEnd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», «и», «каждый», «если…, то…»;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формулировать утверждение (вывод), строить логические рассуждения (одно/</w:t>
      </w:r>
      <w:proofErr w:type="spellStart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двухшаговые</w:t>
      </w:r>
      <w:proofErr w:type="spellEnd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в том числе с использованием изученных связок;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классифицировать объекты по одному, двум признакам; извлекать и использовать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информацию, представленную в таблицах с данными о реальных процессах и явлениях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окружающего мира (например, расписание, режим работы), в предметах повседневной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жизни (например, ярлык, этикетка);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структурировать информацию: заполнять простейшие таблицы по образцу;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составлять план выполнения учебного задания и следовать ему;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действия по алгоритму;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сравнивать математические объекты (находить общее, различное, уникальное);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выбирать верное решение математической задачи. </w:t>
      </w:r>
    </w:p>
    <w:p w14:paraId="1A77CF02" w14:textId="77777777" w:rsidR="001475A6" w:rsidRDefault="001475A6" w:rsidP="007F6BC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49A67A2B" w14:textId="77777777" w:rsidR="001475A6" w:rsidRDefault="00137A51" w:rsidP="001475A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14:paraId="52CD683E" w14:textId="20286B3B" w:rsidR="007F6BC9" w:rsidRPr="00051DC3" w:rsidRDefault="00137A51" w:rsidP="001475A6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 концу обучения в 4 классе обучающийся научится: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читать, записывать, сравнивать, упорядочивать многозначные числа;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число большее/меньшее данного числа на заданное число, в заданное число раз;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арифметические действия: сложение и вычитание с многозначными числами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письменно (в пределах 100 - устно);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умножение и деление многозначного числа на однозначное, двузначное число письменно (в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пределах 100 - устно);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деление с остатком — письменно (в пределах 1000); вычислять значение числового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выражения (со скобками/без скобок), содержащего действия сложения, вычитания, </w:t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умножения,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деления с многозначными числами;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использовать при вычислениях изученные свойства арифметических действий;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прикидку результата вычислений;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осуществлять проверку полученного результата по критериям: достоверность (реальность),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соответствие правилу/алгоритму, а также с помощью калькулятора;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находить долю величины, величину по ее доле; находить неизвестный компонент </w:t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51D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арифметического действия; использовать единицы величин для при решении задач (длина, масса,</w:t>
      </w:r>
      <w:r w:rsidR="007F6BC9"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время, вместимость, стоимость, площадь, скорость);</w:t>
      </w:r>
    </w:p>
    <w:p w14:paraId="2D24F462" w14:textId="77777777" w:rsidR="007F6BC9" w:rsidRPr="00051DC3" w:rsidRDefault="007F6BC9" w:rsidP="001475A6">
      <w:pPr>
        <w:autoSpaceDE w:val="0"/>
        <w:autoSpaceDN w:val="0"/>
        <w:spacing w:before="19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использовать при решении задач единицы длины (миллиметр, сантиметр, дециметр, метр, километр), массы (грамм, килограмм, центнер, тонна), времени (секунда, минута, час; сутки, неделя, месяц, год, век), вместимости (литр), стоимости (копейка, рубль), площади (квадратный метр, квадратный дециметр, квадратный сантиметр), скорости (километр в час, метр в секунду); </w:t>
      </w:r>
    </w:p>
    <w:p w14:paraId="7DC00F9E" w14:textId="77777777" w:rsidR="007F6BC9" w:rsidRPr="00051DC3" w:rsidRDefault="007F6BC9" w:rsidP="001475A6">
      <w:pPr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использовать при решении текстовых задач и в практических ситуациях соотношения между скоростью, временем и пройденным путем, между производительностью, временем и объёмом работы; определять с помощью цифровых и аналоговых приборов массу предмета, температуру (например, воды, воздуха в помещении), скорость движения транспортного средства; </w:t>
      </w:r>
    </w:p>
    <w:p w14:paraId="4C240D32" w14:textId="77777777" w:rsidR="007F6BC9" w:rsidRPr="00051DC3" w:rsidRDefault="007F6BC9" w:rsidP="001475A6">
      <w:pPr>
        <w:autoSpaceDE w:val="0"/>
        <w:autoSpaceDN w:val="0"/>
        <w:spacing w:before="192" w:after="0" w:line="240" w:lineRule="auto"/>
        <w:ind w:right="144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определять с помощью измерительных сосудов вместимость; выполнять прикидку и оценку результата измерений; </w:t>
      </w:r>
    </w:p>
    <w:p w14:paraId="1E1B071D" w14:textId="0C94E254" w:rsidR="007F6BC9" w:rsidRDefault="007F6BC9" w:rsidP="001475A6">
      <w:pPr>
        <w:autoSpaceDE w:val="0"/>
        <w:autoSpaceDN w:val="0"/>
        <w:spacing w:before="190" w:after="0" w:line="240" w:lineRule="auto"/>
        <w:ind w:right="432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решать текстовые задачи в 1—3 действия, выполнять преобразование заданных величин, выбирать при решении подходящие способы вычисления, сочетая устные и письменные вычисления и используя, при необходимости, вычислительные устройства, оценивать полученный результат по критериям: достоверность/реальность, соответствие условию; </w:t>
      </w:r>
    </w:p>
    <w:p w14:paraId="6E76FDDA" w14:textId="77777777" w:rsidR="005E16B2" w:rsidRPr="00051DC3" w:rsidRDefault="00137A51" w:rsidP="001475A6">
      <w:pPr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решать практические задачи, связанные с повседневной жизнью (на покупки, движение и т.п.), в том числе, с избыточными данными, находить недостающую информацию (например, из таблиц, схем), находить и оценивать различные способы решения, использовать подходящие способы проверки; </w:t>
      </w:r>
    </w:p>
    <w:p w14:paraId="65F58ACE" w14:textId="77777777" w:rsidR="005E16B2" w:rsidRPr="00051DC3" w:rsidRDefault="00137A51" w:rsidP="001475A6">
      <w:pPr>
        <w:autoSpaceDE w:val="0"/>
        <w:autoSpaceDN w:val="0"/>
        <w:spacing w:before="190" w:after="0" w:line="240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различать, называть геометрические фигуры: окружность, круг; изображать с помощью циркуля и линейки окружность заданного радиуса; </w:t>
      </w:r>
    </w:p>
    <w:p w14:paraId="17DAEF5C" w14:textId="77777777" w:rsidR="005E16B2" w:rsidRPr="00051DC3" w:rsidRDefault="00137A51" w:rsidP="001475A6">
      <w:pPr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различать изображения простейших пространственных фигур: шара, куба, цилиндра, конуса, пирамиды; </w:t>
      </w:r>
    </w:p>
    <w:p w14:paraId="451D4CD3" w14:textId="77777777" w:rsidR="005E16B2" w:rsidRPr="00051DC3" w:rsidRDefault="00137A51" w:rsidP="001475A6">
      <w:pPr>
        <w:autoSpaceDE w:val="0"/>
        <w:autoSpaceDN w:val="0"/>
        <w:spacing w:before="190" w:after="0" w:line="240" w:lineRule="auto"/>
        <w:ind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распознавать в простейших случаях проекции предметов окружающего мира на плоскость (пол, стену); </w:t>
      </w:r>
    </w:p>
    <w:p w14:paraId="1019218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right="288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выполнять разбиение (показывать на рисунке, чертеже) простейшей составной фигуры на прямоугольники (квадраты), находить периметр и площадь фигур, составленных из двух трех прямоугольников (квадратов); </w:t>
      </w:r>
    </w:p>
    <w:p w14:paraId="2F2820F2" w14:textId="77777777" w:rsidR="005E16B2" w:rsidRPr="00051DC3" w:rsidRDefault="00137A51" w:rsidP="00D409D5">
      <w:pPr>
        <w:autoSpaceDE w:val="0"/>
        <w:autoSpaceDN w:val="0"/>
        <w:spacing w:before="192" w:after="0" w:line="240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распознавать верные (истинные) и неверные (ложные) утверждения; приводить пример, контрпример; </w:t>
      </w:r>
    </w:p>
    <w:p w14:paraId="3184A2C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  формулировать утверждение (вывод), строить логические рассуждения (одно/</w:t>
      </w:r>
      <w:proofErr w:type="spellStart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двухшаговые</w:t>
      </w:r>
      <w:proofErr w:type="spellEnd"/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с использованием изученных связок; классифицировать объекты по заданным/самостоятельно установленным одному, двум признакам; </w:t>
      </w:r>
    </w:p>
    <w:p w14:paraId="48659558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right="576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извлекать и использовать для выполнения заданий и решения задач информацию, представленную в простейших столбчатых диаграммах, таблицах с данными о реальных процессах и явлениях окружающего мира (например, календарь, расписание), в предметах повседневной жизни (например, счет, меню, прайс-лист, объявление); </w:t>
      </w:r>
    </w:p>
    <w:p w14:paraId="7C1F1DC4" w14:textId="77777777" w:rsidR="005E16B2" w:rsidRPr="00051DC3" w:rsidRDefault="00137A51" w:rsidP="00D409D5">
      <w:pPr>
        <w:autoSpaceDE w:val="0"/>
        <w:autoSpaceDN w:val="0"/>
        <w:spacing w:before="190" w:after="0" w:line="240" w:lineRule="auto"/>
        <w:ind w:right="1152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 заполнять данными предложенную таблицу, столбчатую диаграмму; использовать формализованные описания последовательности действий (алгоритм, план, схема) в практических и учебных ситуациях; </w:t>
      </w:r>
    </w:p>
    <w:p w14:paraId="1B704DF1" w14:textId="77777777" w:rsidR="001475A6" w:rsidRDefault="007F6BC9" w:rsidP="007F6BC9">
      <w:pPr>
        <w:autoSpaceDE w:val="0"/>
        <w:autoSpaceDN w:val="0"/>
        <w:spacing w:before="19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составлять модель текстовой задачи, числовое выражение;</w:t>
      </w:r>
    </w:p>
    <w:p w14:paraId="50C5EF60" w14:textId="4F8E26B8" w:rsidR="007F6BC9" w:rsidRPr="00051DC3" w:rsidRDefault="007F6BC9" w:rsidP="007F6BC9">
      <w:pPr>
        <w:autoSpaceDE w:val="0"/>
        <w:autoSpaceDN w:val="0"/>
        <w:spacing w:before="19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—  конструировать ход решения математической задачи; —  находить все верные решения задачи из предложенных.</w:t>
      </w:r>
    </w:p>
    <w:p w14:paraId="547D036D" w14:textId="77777777" w:rsidR="007F6BC9" w:rsidRPr="00051DC3" w:rsidRDefault="007F6BC9" w:rsidP="007F6BC9">
      <w:pPr>
        <w:autoSpaceDE w:val="0"/>
        <w:autoSpaceDN w:val="0"/>
        <w:spacing w:before="190"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51DC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 дополнять алгоритм, упорядочивать шаги алгоритма; выбирать рациональное решение;</w:t>
      </w:r>
    </w:p>
    <w:p w14:paraId="11357C18" w14:textId="77777777" w:rsidR="007F6BC9" w:rsidRDefault="007F6BC9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5DC413FE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19C49185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58CFC216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344B58BD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68E60066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5036CCC1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50665D80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4FBDA834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7CF11396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7A5673ED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5B1AD1AF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0A953C00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1133A397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75F80EA4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3BCB3CB9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3EB8D556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640326DE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0C3F0B02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3CDEE35F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2C5423D2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151061C1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265869E9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474AF0B5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42FC1108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63DB6D8F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482C6892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29D44600" w14:textId="77777777" w:rsidR="001475A6" w:rsidRDefault="001475A6" w:rsidP="007F6BC9">
      <w:pPr>
        <w:autoSpaceDE w:val="0"/>
        <w:autoSpaceDN w:val="0"/>
        <w:spacing w:after="0" w:line="240" w:lineRule="auto"/>
        <w:ind w:right="3168"/>
        <w:rPr>
          <w:rFonts w:ascii="Times New Roman" w:hAnsi="Times New Roman" w:cs="Times New Roman"/>
          <w:sz w:val="24"/>
          <w:szCs w:val="24"/>
          <w:lang w:val="ru-RU"/>
        </w:rPr>
      </w:pPr>
    </w:p>
    <w:p w14:paraId="280D287E" w14:textId="77777777" w:rsidR="005E16B2" w:rsidRPr="00051DC3" w:rsidRDefault="005E16B2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>
          <w:pgSz w:w="11900" w:h="16840"/>
          <w:pgMar w:top="286" w:right="794" w:bottom="438" w:left="1086" w:header="720" w:footer="720" w:gutter="0"/>
          <w:cols w:space="720" w:equalWidth="0">
            <w:col w:w="10019" w:space="0"/>
          </w:cols>
          <w:docGrid w:linePitch="360"/>
        </w:sectPr>
      </w:pPr>
    </w:p>
    <w:p w14:paraId="1BD720EC" w14:textId="77777777" w:rsidR="005E16B2" w:rsidRPr="00051DC3" w:rsidRDefault="005E16B2" w:rsidP="00D409D5">
      <w:pPr>
        <w:autoSpaceDE w:val="0"/>
        <w:autoSpaceDN w:val="0"/>
        <w:spacing w:after="66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2716CB96" w14:textId="77777777" w:rsidR="009A64D4" w:rsidRPr="00051DC3" w:rsidRDefault="00AE6A4D" w:rsidP="00D409D5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1DC3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 xml:space="preserve">                                                                           </w:t>
      </w:r>
      <w:proofErr w:type="spellStart"/>
      <w:r w:rsidR="009A64D4"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>Тематическое</w:t>
      </w:r>
      <w:proofErr w:type="spellEnd"/>
      <w:r w:rsidR="009A64D4"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планирование</w:t>
      </w:r>
    </w:p>
    <w:p w14:paraId="308D08C5" w14:textId="77777777" w:rsidR="009A64D4" w:rsidRPr="00051DC3" w:rsidRDefault="005C6D0B" w:rsidP="00D409D5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 xml:space="preserve">                                                                                     </w:t>
      </w:r>
      <w:r w:rsidR="009A64D4"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 </w:t>
      </w:r>
      <w:proofErr w:type="spellStart"/>
      <w:r w:rsidR="009A64D4"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>класс</w:t>
      </w:r>
      <w:proofErr w:type="spellEnd"/>
    </w:p>
    <w:p w14:paraId="2D9627CA" w14:textId="77777777" w:rsidR="005C6D0B" w:rsidRPr="00051DC3" w:rsidRDefault="005C6D0B" w:rsidP="00D409D5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</w:p>
    <w:tbl>
      <w:tblPr>
        <w:tblW w:w="0" w:type="auto"/>
        <w:tblInd w:w="7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2"/>
        <w:gridCol w:w="5136"/>
        <w:gridCol w:w="1076"/>
        <w:gridCol w:w="2979"/>
      </w:tblGrid>
      <w:tr w:rsidR="009A64D4" w:rsidRPr="00051DC3" w14:paraId="74508FCE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74812907" w14:textId="77777777" w:rsidR="009A64D4" w:rsidRPr="00051DC3" w:rsidRDefault="009A64D4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136" w:type="dxa"/>
            <w:shd w:val="clear" w:color="auto" w:fill="auto"/>
          </w:tcPr>
          <w:p w14:paraId="1A0FD7AC" w14:textId="77777777" w:rsidR="009A64D4" w:rsidRPr="00051DC3" w:rsidRDefault="009A64D4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1076" w:type="dxa"/>
            <w:shd w:val="clear" w:color="auto" w:fill="auto"/>
          </w:tcPr>
          <w:p w14:paraId="6CD1AB23" w14:textId="77777777" w:rsidR="009A64D4" w:rsidRPr="00051DC3" w:rsidRDefault="009A64D4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Кол-во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79" w:type="dxa"/>
            <w:shd w:val="clear" w:color="auto" w:fill="auto"/>
          </w:tcPr>
          <w:p w14:paraId="429F4CC2" w14:textId="77777777" w:rsidR="009A64D4" w:rsidRPr="00051DC3" w:rsidRDefault="009A64D4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Электронные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(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цифровые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)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924818" w:rsidRPr="00051DC3" w14:paraId="7AA3BEAF" w14:textId="77777777" w:rsidTr="00C40BD7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51A9D02A" w14:textId="77777777" w:rsidR="00924818" w:rsidRPr="00051DC3" w:rsidRDefault="00924818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1.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Числа</w:t>
            </w:r>
            <w:proofErr w:type="spellEnd"/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</w:t>
            </w:r>
            <w:r w:rsidR="00C40BD7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20 </w:t>
            </w:r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ч.</w:t>
            </w:r>
          </w:p>
        </w:tc>
      </w:tr>
      <w:tr w:rsidR="00924818" w:rsidRPr="001475A6" w14:paraId="37E77778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76D74132" w14:textId="77777777" w:rsidR="00924818" w:rsidRPr="00051DC3" w:rsidRDefault="00924818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5136" w:type="dxa"/>
            <w:shd w:val="clear" w:color="auto" w:fill="auto"/>
          </w:tcPr>
          <w:p w14:paraId="3AED24A8" w14:textId="77777777" w:rsidR="00924818" w:rsidRPr="00051DC3" w:rsidRDefault="00924818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Числа от 1 до 9: различение, чтение, запись.</w:t>
            </w:r>
          </w:p>
        </w:tc>
        <w:tc>
          <w:tcPr>
            <w:tcW w:w="1076" w:type="dxa"/>
            <w:shd w:val="clear" w:color="auto" w:fill="auto"/>
          </w:tcPr>
          <w:p w14:paraId="36A426DC" w14:textId="77777777" w:rsidR="00924818" w:rsidRPr="00051DC3" w:rsidRDefault="00924818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10</w:t>
            </w:r>
          </w:p>
        </w:tc>
        <w:tc>
          <w:tcPr>
            <w:tcW w:w="2979" w:type="dxa"/>
            <w:shd w:val="clear" w:color="auto" w:fill="auto"/>
          </w:tcPr>
          <w:p w14:paraId="527399FE" w14:textId="77777777" w:rsidR="00924818" w:rsidRPr="00051DC3" w:rsidRDefault="00051DC3" w:rsidP="00051DC3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9FD4666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5DF1A66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5136" w:type="dxa"/>
            <w:shd w:val="clear" w:color="auto" w:fill="auto"/>
          </w:tcPr>
          <w:p w14:paraId="1B0492CC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Единица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счёта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Десяток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19806A7D" w14:textId="77777777" w:rsidR="00051DC3" w:rsidRPr="00051DC3" w:rsidRDefault="00051DC3" w:rsidP="00D409D5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     </w:t>
            </w: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E81F0B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E017E1B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54827252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5136" w:type="dxa"/>
            <w:shd w:val="clear" w:color="auto" w:fill="auto"/>
          </w:tcPr>
          <w:p w14:paraId="2B68A7A1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Счёт предметов, запись результата цифрами.</w:t>
            </w:r>
          </w:p>
        </w:tc>
        <w:tc>
          <w:tcPr>
            <w:tcW w:w="1076" w:type="dxa"/>
            <w:shd w:val="clear" w:color="auto" w:fill="auto"/>
          </w:tcPr>
          <w:p w14:paraId="68F39E48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50C255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4302A87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A4FA32E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5136" w:type="dxa"/>
            <w:shd w:val="clear" w:color="auto" w:fill="auto"/>
          </w:tcPr>
          <w:p w14:paraId="1C33FF98" w14:textId="77777777" w:rsidR="00051DC3" w:rsidRPr="00051DC3" w:rsidRDefault="00051DC3" w:rsidP="00D409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Порядковый номер объекта при заданном порядке счёта.</w:t>
            </w:r>
          </w:p>
        </w:tc>
        <w:tc>
          <w:tcPr>
            <w:tcW w:w="1076" w:type="dxa"/>
            <w:shd w:val="clear" w:color="auto" w:fill="auto"/>
          </w:tcPr>
          <w:p w14:paraId="11E12291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04F7DEE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38C7329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6DC3D42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5136" w:type="dxa"/>
            <w:shd w:val="clear" w:color="auto" w:fill="auto"/>
          </w:tcPr>
          <w:p w14:paraId="3A26DA01" w14:textId="77777777" w:rsidR="00051DC3" w:rsidRPr="00051DC3" w:rsidRDefault="00051DC3" w:rsidP="00D409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Сравнение чисел, сравнение групп предметов по количеству: больше, меньше, столько же.</w:t>
            </w:r>
          </w:p>
        </w:tc>
        <w:tc>
          <w:tcPr>
            <w:tcW w:w="1076" w:type="dxa"/>
            <w:shd w:val="clear" w:color="auto" w:fill="auto"/>
          </w:tcPr>
          <w:p w14:paraId="7F8627B5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58AE58A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BAA4C40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2E2AB9F9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5136" w:type="dxa"/>
            <w:shd w:val="clear" w:color="auto" w:fill="auto"/>
          </w:tcPr>
          <w:p w14:paraId="382D4346" w14:textId="77777777" w:rsidR="00051DC3" w:rsidRPr="00051DC3" w:rsidRDefault="00051DC3" w:rsidP="00D409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Число и цифра 0 при измерении, вычислении.</w:t>
            </w:r>
          </w:p>
        </w:tc>
        <w:tc>
          <w:tcPr>
            <w:tcW w:w="1076" w:type="dxa"/>
            <w:shd w:val="clear" w:color="auto" w:fill="auto"/>
          </w:tcPr>
          <w:p w14:paraId="3B7AA8A6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6BA4C86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5F4A971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F3C0BE4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7</w:t>
            </w:r>
          </w:p>
        </w:tc>
        <w:tc>
          <w:tcPr>
            <w:tcW w:w="5136" w:type="dxa"/>
            <w:shd w:val="clear" w:color="auto" w:fill="auto"/>
          </w:tcPr>
          <w:p w14:paraId="7DA0FF18" w14:textId="77777777" w:rsidR="00051DC3" w:rsidRPr="00051DC3" w:rsidRDefault="00051DC3" w:rsidP="00D409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Числа в пределах 20: чтение, запись, сравнение.</w:t>
            </w:r>
          </w:p>
        </w:tc>
        <w:tc>
          <w:tcPr>
            <w:tcW w:w="1076" w:type="dxa"/>
            <w:shd w:val="clear" w:color="auto" w:fill="auto"/>
          </w:tcPr>
          <w:p w14:paraId="246730AF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25C371E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3CB5974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261532B0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5136" w:type="dxa"/>
            <w:shd w:val="clear" w:color="auto" w:fill="auto"/>
          </w:tcPr>
          <w:p w14:paraId="16464D3A" w14:textId="77777777" w:rsidR="00051DC3" w:rsidRPr="00051DC3" w:rsidRDefault="00051DC3" w:rsidP="00D409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Однозначные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двузначные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числа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220D61E5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76714E0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2616302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5B339B2B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9</w:t>
            </w:r>
          </w:p>
        </w:tc>
        <w:tc>
          <w:tcPr>
            <w:tcW w:w="5136" w:type="dxa"/>
            <w:shd w:val="clear" w:color="auto" w:fill="auto"/>
          </w:tcPr>
          <w:p w14:paraId="65D4AD57" w14:textId="77777777" w:rsidR="00051DC3" w:rsidRPr="00051DC3" w:rsidRDefault="00051DC3" w:rsidP="00D409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Увеличение (уменьшение) числа на несколько единиц</w:t>
            </w:r>
          </w:p>
        </w:tc>
        <w:tc>
          <w:tcPr>
            <w:tcW w:w="1076" w:type="dxa"/>
            <w:shd w:val="clear" w:color="auto" w:fill="auto"/>
          </w:tcPr>
          <w:p w14:paraId="2B0AD1F3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59252DF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C40BD7" w:rsidRPr="00051DC3" w14:paraId="7B7B78AB" w14:textId="77777777" w:rsidTr="00BA326E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6D1FE405" w14:textId="77777777" w:rsidR="00C40BD7" w:rsidRPr="00051DC3" w:rsidRDefault="00C40BD7" w:rsidP="005C6D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2.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Величины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-</w:t>
            </w: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7 ч</w:t>
            </w:r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.</w:t>
            </w:r>
          </w:p>
        </w:tc>
      </w:tr>
      <w:tr w:rsidR="00051DC3" w:rsidRPr="001475A6" w14:paraId="12DFB2A4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AD13BC5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10</w:t>
            </w:r>
          </w:p>
        </w:tc>
        <w:tc>
          <w:tcPr>
            <w:tcW w:w="5136" w:type="dxa"/>
            <w:shd w:val="clear" w:color="auto" w:fill="auto"/>
          </w:tcPr>
          <w:p w14:paraId="57EED3F3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Длина и её измерение с помощью заданной мерки.</w:t>
            </w:r>
          </w:p>
        </w:tc>
        <w:tc>
          <w:tcPr>
            <w:tcW w:w="1076" w:type="dxa"/>
            <w:shd w:val="clear" w:color="auto" w:fill="auto"/>
          </w:tcPr>
          <w:p w14:paraId="0045F3E3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16AA007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0EFAC58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2AD4F947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11</w:t>
            </w:r>
          </w:p>
        </w:tc>
        <w:tc>
          <w:tcPr>
            <w:tcW w:w="5136" w:type="dxa"/>
            <w:shd w:val="clear" w:color="auto" w:fill="auto"/>
          </w:tcPr>
          <w:p w14:paraId="476BF190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без измерения: выше — ниже, шире — уже, длиннее — короче, старше — моложе, тяжелее — легче.</w:t>
            </w:r>
          </w:p>
        </w:tc>
        <w:tc>
          <w:tcPr>
            <w:tcW w:w="1076" w:type="dxa"/>
            <w:shd w:val="clear" w:color="auto" w:fill="auto"/>
          </w:tcPr>
          <w:p w14:paraId="131F0C63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292AFB1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429CD66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5B3AA00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12</w:t>
            </w:r>
          </w:p>
        </w:tc>
        <w:tc>
          <w:tcPr>
            <w:tcW w:w="5136" w:type="dxa"/>
            <w:shd w:val="clear" w:color="auto" w:fill="auto"/>
          </w:tcPr>
          <w:p w14:paraId="488D898E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Единицы длины: сантиметр, дециметр; установление соотношения между ними.</w:t>
            </w:r>
          </w:p>
        </w:tc>
        <w:tc>
          <w:tcPr>
            <w:tcW w:w="1076" w:type="dxa"/>
            <w:shd w:val="clear" w:color="auto" w:fill="auto"/>
          </w:tcPr>
          <w:p w14:paraId="78E2F854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365DB65D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C40BD7" w:rsidRPr="00051DC3" w14:paraId="76D7C3C4" w14:textId="77777777" w:rsidTr="00BA326E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12B9A410" w14:textId="77777777" w:rsidR="00C40BD7" w:rsidRPr="00051DC3" w:rsidRDefault="00C40BD7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3.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Арифметические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действия</w:t>
            </w:r>
            <w:proofErr w:type="spellEnd"/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- 40 ч.</w:t>
            </w:r>
          </w:p>
        </w:tc>
      </w:tr>
      <w:tr w:rsidR="00051DC3" w:rsidRPr="001475A6" w14:paraId="3704C2DA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E7E1AC2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13</w:t>
            </w:r>
          </w:p>
        </w:tc>
        <w:tc>
          <w:tcPr>
            <w:tcW w:w="5136" w:type="dxa"/>
            <w:shd w:val="clear" w:color="auto" w:fill="auto"/>
          </w:tcPr>
          <w:p w14:paraId="56D55553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чисел в пределах 20.</w:t>
            </w:r>
          </w:p>
        </w:tc>
        <w:tc>
          <w:tcPr>
            <w:tcW w:w="1076" w:type="dxa"/>
            <w:shd w:val="clear" w:color="auto" w:fill="auto"/>
          </w:tcPr>
          <w:p w14:paraId="51372A9E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2979" w:type="dxa"/>
            <w:shd w:val="clear" w:color="auto" w:fill="auto"/>
          </w:tcPr>
          <w:p w14:paraId="4C6AC49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F6CB5A0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CB3F18C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14</w:t>
            </w:r>
          </w:p>
        </w:tc>
        <w:tc>
          <w:tcPr>
            <w:tcW w:w="5136" w:type="dxa"/>
            <w:shd w:val="clear" w:color="auto" w:fill="auto"/>
          </w:tcPr>
          <w:p w14:paraId="2E466539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Названия компонентов действий, результатов действий сложения, вычитания. Знаки сложения и вычитания, названия компонентов действия. Таблица сложения. </w:t>
            </w: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Переместительное свойство сложения.</w:t>
            </w:r>
          </w:p>
        </w:tc>
        <w:tc>
          <w:tcPr>
            <w:tcW w:w="1076" w:type="dxa"/>
            <w:shd w:val="clear" w:color="auto" w:fill="auto"/>
          </w:tcPr>
          <w:p w14:paraId="5DA5FB9F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979" w:type="dxa"/>
            <w:shd w:val="clear" w:color="auto" w:fill="auto"/>
          </w:tcPr>
          <w:p w14:paraId="43B2DA4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8066E80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880A12D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15</w:t>
            </w:r>
          </w:p>
        </w:tc>
        <w:tc>
          <w:tcPr>
            <w:tcW w:w="5136" w:type="dxa"/>
            <w:shd w:val="clear" w:color="auto" w:fill="auto"/>
          </w:tcPr>
          <w:p w14:paraId="09B42453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Вычитание как действие, обратное сложению.</w:t>
            </w:r>
          </w:p>
        </w:tc>
        <w:tc>
          <w:tcPr>
            <w:tcW w:w="1076" w:type="dxa"/>
            <w:shd w:val="clear" w:color="auto" w:fill="auto"/>
          </w:tcPr>
          <w:p w14:paraId="5EE249FC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2A3D2D7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129EAC5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79C9DB6B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16</w:t>
            </w:r>
          </w:p>
        </w:tc>
        <w:tc>
          <w:tcPr>
            <w:tcW w:w="5136" w:type="dxa"/>
            <w:shd w:val="clear" w:color="auto" w:fill="auto"/>
          </w:tcPr>
          <w:p w14:paraId="4FF39D8B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Неизвестное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слагаемое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4FEFB922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3A9E2CD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CA5F79D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20208526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17</w:t>
            </w:r>
          </w:p>
        </w:tc>
        <w:tc>
          <w:tcPr>
            <w:tcW w:w="5136" w:type="dxa"/>
            <w:shd w:val="clear" w:color="auto" w:fill="auto"/>
          </w:tcPr>
          <w:p w14:paraId="1AA0C6C4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одинаковых слагаемых. Счёт по 2, по  3, по 5.</w:t>
            </w:r>
          </w:p>
        </w:tc>
        <w:tc>
          <w:tcPr>
            <w:tcW w:w="1076" w:type="dxa"/>
            <w:shd w:val="clear" w:color="auto" w:fill="auto"/>
          </w:tcPr>
          <w:p w14:paraId="24F61D61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10D1D35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DCA8319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66192CA8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18</w:t>
            </w:r>
          </w:p>
        </w:tc>
        <w:tc>
          <w:tcPr>
            <w:tcW w:w="5136" w:type="dxa"/>
            <w:shd w:val="clear" w:color="auto" w:fill="auto"/>
          </w:tcPr>
          <w:p w14:paraId="6ED31513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Прибавление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вычитание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нуля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32DC7742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4ED7F47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3826FA1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6D143850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19</w:t>
            </w:r>
          </w:p>
        </w:tc>
        <w:tc>
          <w:tcPr>
            <w:tcW w:w="5136" w:type="dxa"/>
            <w:shd w:val="clear" w:color="auto" w:fill="auto"/>
          </w:tcPr>
          <w:p w14:paraId="3BC133EC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чисел без перехода и с  переходом через десяток.</w:t>
            </w:r>
          </w:p>
        </w:tc>
        <w:tc>
          <w:tcPr>
            <w:tcW w:w="1076" w:type="dxa"/>
            <w:shd w:val="clear" w:color="auto" w:fill="auto"/>
          </w:tcPr>
          <w:p w14:paraId="7DF1BD12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10</w:t>
            </w:r>
          </w:p>
        </w:tc>
        <w:tc>
          <w:tcPr>
            <w:tcW w:w="2979" w:type="dxa"/>
            <w:shd w:val="clear" w:color="auto" w:fill="auto"/>
          </w:tcPr>
          <w:p w14:paraId="3DEF61A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0A72FD1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5E014828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20</w:t>
            </w:r>
          </w:p>
        </w:tc>
        <w:tc>
          <w:tcPr>
            <w:tcW w:w="5136" w:type="dxa"/>
            <w:shd w:val="clear" w:color="auto" w:fill="auto"/>
          </w:tcPr>
          <w:p w14:paraId="723A0A1C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Вычисление суммы, разности трёх чисел.</w:t>
            </w:r>
          </w:p>
        </w:tc>
        <w:tc>
          <w:tcPr>
            <w:tcW w:w="1076" w:type="dxa"/>
            <w:shd w:val="clear" w:color="auto" w:fill="auto"/>
          </w:tcPr>
          <w:p w14:paraId="37A2BD5F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2979" w:type="dxa"/>
            <w:shd w:val="clear" w:color="auto" w:fill="auto"/>
          </w:tcPr>
          <w:p w14:paraId="7947C03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AE6A4D" w:rsidRPr="00051DC3" w14:paraId="58D9CA88" w14:textId="77777777" w:rsidTr="00BA326E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38E23360" w14:textId="77777777" w:rsidR="00AE6A4D" w:rsidRPr="00051DC3" w:rsidRDefault="00AE6A4D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4.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Текстовые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задачи</w:t>
            </w:r>
            <w:proofErr w:type="spellEnd"/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</w:t>
            </w: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16</w:t>
            </w:r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ч.</w:t>
            </w:r>
          </w:p>
        </w:tc>
      </w:tr>
      <w:tr w:rsidR="00051DC3" w:rsidRPr="001475A6" w14:paraId="446C51E9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63BA962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21</w:t>
            </w:r>
          </w:p>
        </w:tc>
        <w:tc>
          <w:tcPr>
            <w:tcW w:w="5136" w:type="dxa"/>
            <w:shd w:val="clear" w:color="auto" w:fill="auto"/>
          </w:tcPr>
          <w:p w14:paraId="29DDF69C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Текстовая задача: структурные элементы, составление текстовой задачи по  образцу.</w:t>
            </w:r>
          </w:p>
        </w:tc>
        <w:tc>
          <w:tcPr>
            <w:tcW w:w="1076" w:type="dxa"/>
            <w:shd w:val="clear" w:color="auto" w:fill="auto"/>
          </w:tcPr>
          <w:p w14:paraId="434A88A0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1D6846AE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7A3E973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0A8F232D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22</w:t>
            </w:r>
          </w:p>
        </w:tc>
        <w:tc>
          <w:tcPr>
            <w:tcW w:w="5136" w:type="dxa"/>
            <w:shd w:val="clear" w:color="auto" w:fill="auto"/>
          </w:tcPr>
          <w:p w14:paraId="30452C6C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Зависимость между данными и искомой величиной в текстовой задаче.</w:t>
            </w:r>
          </w:p>
        </w:tc>
        <w:tc>
          <w:tcPr>
            <w:tcW w:w="1076" w:type="dxa"/>
            <w:shd w:val="clear" w:color="auto" w:fill="auto"/>
          </w:tcPr>
          <w:p w14:paraId="68C5F21D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0CE63C4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70DDF9F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663FE9AB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23</w:t>
            </w:r>
          </w:p>
        </w:tc>
        <w:tc>
          <w:tcPr>
            <w:tcW w:w="5136" w:type="dxa"/>
            <w:shd w:val="clear" w:color="auto" w:fill="auto"/>
          </w:tcPr>
          <w:p w14:paraId="3CF43FEE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 и запись арифметического действия для получения ответа на вопрос.</w:t>
            </w:r>
          </w:p>
        </w:tc>
        <w:tc>
          <w:tcPr>
            <w:tcW w:w="1076" w:type="dxa"/>
            <w:shd w:val="clear" w:color="auto" w:fill="auto"/>
          </w:tcPr>
          <w:p w14:paraId="01455C24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5CEC79E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1037BA3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6A48C55B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24</w:t>
            </w:r>
          </w:p>
        </w:tc>
        <w:tc>
          <w:tcPr>
            <w:tcW w:w="5136" w:type="dxa"/>
            <w:shd w:val="clear" w:color="auto" w:fill="auto"/>
          </w:tcPr>
          <w:p w14:paraId="04C811CC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Текстовая сюжетная задача в одно действие: запись решения, ответа задачи.</w:t>
            </w:r>
          </w:p>
        </w:tc>
        <w:tc>
          <w:tcPr>
            <w:tcW w:w="1076" w:type="dxa"/>
            <w:shd w:val="clear" w:color="auto" w:fill="auto"/>
          </w:tcPr>
          <w:p w14:paraId="0A5F7B81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0C11C6C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D6A3F8F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1DAAF0A9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25</w:t>
            </w:r>
          </w:p>
        </w:tc>
        <w:tc>
          <w:tcPr>
            <w:tcW w:w="5136" w:type="dxa"/>
            <w:shd w:val="clear" w:color="auto" w:fill="auto"/>
          </w:tcPr>
          <w:p w14:paraId="41DF5212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Обнаружение недостающего элемента задачи, дополнение текста задачи числовыми данными (по  иллюстрации, смыслу задачи, её решению).</w:t>
            </w:r>
          </w:p>
        </w:tc>
        <w:tc>
          <w:tcPr>
            <w:tcW w:w="1076" w:type="dxa"/>
            <w:shd w:val="clear" w:color="auto" w:fill="auto"/>
          </w:tcPr>
          <w:p w14:paraId="2F5C4BBD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02D26B4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67D7588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501536B4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26</w:t>
            </w:r>
          </w:p>
        </w:tc>
        <w:tc>
          <w:tcPr>
            <w:tcW w:w="5136" w:type="dxa"/>
            <w:shd w:val="clear" w:color="auto" w:fill="auto"/>
          </w:tcPr>
          <w:p w14:paraId="58E07B7E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Текстовая задача: структурные элементы, составление текстовой задачи по  образцу.</w:t>
            </w:r>
          </w:p>
        </w:tc>
        <w:tc>
          <w:tcPr>
            <w:tcW w:w="1076" w:type="dxa"/>
            <w:shd w:val="clear" w:color="auto" w:fill="auto"/>
          </w:tcPr>
          <w:p w14:paraId="36EE8463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7759AE3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AE6A4D" w:rsidRPr="001475A6" w14:paraId="2822CAAE" w14:textId="77777777" w:rsidTr="00BA326E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5612BE7E" w14:textId="77777777" w:rsidR="00AE6A4D" w:rsidRPr="00051DC3" w:rsidRDefault="00AE6A4D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Раздел 5. Пространственные отношения и  геометрические фигуры</w:t>
            </w:r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- 20 ч.</w:t>
            </w:r>
          </w:p>
        </w:tc>
      </w:tr>
      <w:tr w:rsidR="00051DC3" w:rsidRPr="001475A6" w14:paraId="39C41F08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59C6460F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27</w:t>
            </w:r>
          </w:p>
        </w:tc>
        <w:tc>
          <w:tcPr>
            <w:tcW w:w="5136" w:type="dxa"/>
            <w:shd w:val="clear" w:color="auto" w:fill="auto"/>
          </w:tcPr>
          <w:p w14:paraId="267A86EA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Расположение предметов и  объектов на плоскости, в  пространстве: слева/справа, сверху/снизу, между; установление пространственных отношений.</w:t>
            </w:r>
          </w:p>
        </w:tc>
        <w:tc>
          <w:tcPr>
            <w:tcW w:w="1076" w:type="dxa"/>
            <w:shd w:val="clear" w:color="auto" w:fill="auto"/>
          </w:tcPr>
          <w:p w14:paraId="45969434" w14:textId="77777777" w:rsidR="00051DC3" w:rsidRPr="00051DC3" w:rsidRDefault="00051DC3" w:rsidP="00D409D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3CC0568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829CCFA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3E75345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28</w:t>
            </w:r>
          </w:p>
        </w:tc>
        <w:tc>
          <w:tcPr>
            <w:tcW w:w="5136" w:type="dxa"/>
            <w:shd w:val="clear" w:color="auto" w:fill="auto"/>
          </w:tcPr>
          <w:p w14:paraId="4C723DFB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Распознавание объекта и его отражения.</w:t>
            </w:r>
          </w:p>
        </w:tc>
        <w:tc>
          <w:tcPr>
            <w:tcW w:w="1076" w:type="dxa"/>
            <w:shd w:val="clear" w:color="auto" w:fill="auto"/>
          </w:tcPr>
          <w:p w14:paraId="55C09DB3" w14:textId="77777777" w:rsidR="00051DC3" w:rsidRPr="00051DC3" w:rsidRDefault="00051DC3" w:rsidP="00D409D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596EBBD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6393748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6A9556E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29</w:t>
            </w:r>
          </w:p>
        </w:tc>
        <w:tc>
          <w:tcPr>
            <w:tcW w:w="5136" w:type="dxa"/>
            <w:shd w:val="clear" w:color="auto" w:fill="auto"/>
          </w:tcPr>
          <w:p w14:paraId="693F4928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Геометрические фигуры: распознавание круга, треугольника, прямоугольника, отрезка.</w:t>
            </w:r>
          </w:p>
        </w:tc>
        <w:tc>
          <w:tcPr>
            <w:tcW w:w="1076" w:type="dxa"/>
            <w:shd w:val="clear" w:color="auto" w:fill="auto"/>
          </w:tcPr>
          <w:p w14:paraId="3BE66876" w14:textId="77777777" w:rsidR="00051DC3" w:rsidRPr="00051DC3" w:rsidRDefault="00051DC3" w:rsidP="00D409D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1142440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6361FE5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C0AA477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30</w:t>
            </w:r>
          </w:p>
        </w:tc>
        <w:tc>
          <w:tcPr>
            <w:tcW w:w="5136" w:type="dxa"/>
            <w:shd w:val="clear" w:color="auto" w:fill="auto"/>
          </w:tcPr>
          <w:p w14:paraId="4F5444DE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Построение отрезка, квадрата, треугольника с помощью линейки; измерение длины отрезка в </w:t>
            </w: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сантиметрах.</w:t>
            </w:r>
          </w:p>
        </w:tc>
        <w:tc>
          <w:tcPr>
            <w:tcW w:w="1076" w:type="dxa"/>
            <w:shd w:val="clear" w:color="auto" w:fill="auto"/>
          </w:tcPr>
          <w:p w14:paraId="6EE2D81B" w14:textId="77777777" w:rsidR="00051DC3" w:rsidRPr="00051DC3" w:rsidRDefault="00051DC3" w:rsidP="00D409D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979" w:type="dxa"/>
            <w:shd w:val="clear" w:color="auto" w:fill="auto"/>
          </w:tcPr>
          <w:p w14:paraId="0F896D63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 xml:space="preserve">Электронное приложение к </w:t>
            </w: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учебнику "Математика"</w:t>
            </w:r>
          </w:p>
        </w:tc>
      </w:tr>
      <w:tr w:rsidR="00051DC3" w:rsidRPr="001475A6" w14:paraId="7AFDF0CC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05725F20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31</w:t>
            </w:r>
          </w:p>
        </w:tc>
        <w:tc>
          <w:tcPr>
            <w:tcW w:w="5136" w:type="dxa"/>
            <w:shd w:val="clear" w:color="auto" w:fill="auto"/>
          </w:tcPr>
          <w:p w14:paraId="0FB7F451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Длина стороны прямоугольника, квадрата, треугольника.</w:t>
            </w:r>
          </w:p>
        </w:tc>
        <w:tc>
          <w:tcPr>
            <w:tcW w:w="1076" w:type="dxa"/>
            <w:shd w:val="clear" w:color="auto" w:fill="auto"/>
          </w:tcPr>
          <w:p w14:paraId="1F2488EA" w14:textId="77777777" w:rsidR="00051DC3" w:rsidRPr="00051DC3" w:rsidRDefault="00051DC3" w:rsidP="00D409D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57A5496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2619611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7B0BB007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32</w:t>
            </w:r>
          </w:p>
        </w:tc>
        <w:tc>
          <w:tcPr>
            <w:tcW w:w="5136" w:type="dxa"/>
            <w:shd w:val="clear" w:color="auto" w:fill="auto"/>
          </w:tcPr>
          <w:p w14:paraId="0A6CE85E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Изображение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прямоугольника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квадрата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треугольника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0F1B2050" w14:textId="77777777" w:rsidR="00051DC3" w:rsidRPr="00051DC3" w:rsidRDefault="00051DC3" w:rsidP="00D409D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1EB35F7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D409D5" w:rsidRPr="00051DC3" w14:paraId="70A9F6A5" w14:textId="77777777" w:rsidTr="00BA326E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54C6FB77" w14:textId="77777777" w:rsidR="00D409D5" w:rsidRPr="00051DC3" w:rsidRDefault="00D409D5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6.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Математическая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информация</w:t>
            </w:r>
            <w:proofErr w:type="spellEnd"/>
            <w:r w:rsidR="005C6D0B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- 15 ч.</w:t>
            </w:r>
          </w:p>
        </w:tc>
      </w:tr>
      <w:tr w:rsidR="00051DC3" w:rsidRPr="001475A6" w14:paraId="358E1D63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4367FFCB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33</w:t>
            </w:r>
          </w:p>
        </w:tc>
        <w:tc>
          <w:tcPr>
            <w:tcW w:w="5136" w:type="dxa"/>
            <w:shd w:val="clear" w:color="auto" w:fill="auto"/>
          </w:tcPr>
          <w:p w14:paraId="07CCDF4C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Сбор данных об объекте по  образцу. Характеристики объекта, группы объектов (количество, форма, размер); выбор предметов по образцу (по  заданным признакам).</w:t>
            </w:r>
          </w:p>
        </w:tc>
        <w:tc>
          <w:tcPr>
            <w:tcW w:w="1076" w:type="dxa"/>
            <w:shd w:val="clear" w:color="auto" w:fill="auto"/>
          </w:tcPr>
          <w:p w14:paraId="599F2433" w14:textId="77777777" w:rsidR="00051DC3" w:rsidRPr="00051DC3" w:rsidRDefault="00051DC3" w:rsidP="005C6D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493C9E3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34E4BD4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280A3968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34</w:t>
            </w:r>
          </w:p>
        </w:tc>
        <w:tc>
          <w:tcPr>
            <w:tcW w:w="5136" w:type="dxa"/>
            <w:shd w:val="clear" w:color="auto" w:fill="auto"/>
          </w:tcPr>
          <w:p w14:paraId="2B49077A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Группировка объектов по  заданному признаку.</w:t>
            </w:r>
          </w:p>
        </w:tc>
        <w:tc>
          <w:tcPr>
            <w:tcW w:w="1076" w:type="dxa"/>
            <w:shd w:val="clear" w:color="auto" w:fill="auto"/>
          </w:tcPr>
          <w:p w14:paraId="2BB08BBE" w14:textId="77777777" w:rsidR="00051DC3" w:rsidRPr="00051DC3" w:rsidRDefault="00051DC3" w:rsidP="005C6D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2EEDC93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BA76578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1DBFEAF8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35</w:t>
            </w:r>
          </w:p>
        </w:tc>
        <w:tc>
          <w:tcPr>
            <w:tcW w:w="5136" w:type="dxa"/>
            <w:shd w:val="clear" w:color="auto" w:fill="auto"/>
          </w:tcPr>
          <w:p w14:paraId="66A5F5BF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Закономерность в ряду заданных объектов: её  обнаружение, продолжение ряда.</w:t>
            </w:r>
          </w:p>
        </w:tc>
        <w:tc>
          <w:tcPr>
            <w:tcW w:w="1076" w:type="dxa"/>
            <w:shd w:val="clear" w:color="auto" w:fill="auto"/>
          </w:tcPr>
          <w:p w14:paraId="07D18F6F" w14:textId="77777777" w:rsidR="00051DC3" w:rsidRPr="00051DC3" w:rsidRDefault="00051DC3" w:rsidP="005C6D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0D78502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42E2347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FEC981E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36</w:t>
            </w:r>
          </w:p>
        </w:tc>
        <w:tc>
          <w:tcPr>
            <w:tcW w:w="5136" w:type="dxa"/>
            <w:shd w:val="clear" w:color="auto" w:fill="auto"/>
          </w:tcPr>
          <w:p w14:paraId="72948379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Верные (истинные) и  неверные (ложные) предложения, составленные относительно заданного набора математических объектов.</w:t>
            </w:r>
          </w:p>
        </w:tc>
        <w:tc>
          <w:tcPr>
            <w:tcW w:w="1076" w:type="dxa"/>
            <w:shd w:val="clear" w:color="auto" w:fill="auto"/>
          </w:tcPr>
          <w:p w14:paraId="4684AB39" w14:textId="77777777" w:rsidR="00051DC3" w:rsidRPr="00051DC3" w:rsidRDefault="00051DC3" w:rsidP="005C6D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AA983B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BB4F503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790C0593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37</w:t>
            </w:r>
          </w:p>
        </w:tc>
        <w:tc>
          <w:tcPr>
            <w:tcW w:w="5136" w:type="dxa"/>
            <w:shd w:val="clear" w:color="auto" w:fill="auto"/>
          </w:tcPr>
          <w:p w14:paraId="5D3ECDBD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таблицы (содержащей не более четырёх данных); извлечение данного из  строки, столбца; внесение одного-двух данных в таблицу</w:t>
            </w:r>
          </w:p>
        </w:tc>
        <w:tc>
          <w:tcPr>
            <w:tcW w:w="1076" w:type="dxa"/>
            <w:shd w:val="clear" w:color="auto" w:fill="auto"/>
          </w:tcPr>
          <w:p w14:paraId="4D67B6E2" w14:textId="77777777" w:rsidR="00051DC3" w:rsidRPr="00051DC3" w:rsidRDefault="00051DC3" w:rsidP="005C6D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1EDFD32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5BDB6CE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38282625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38</w:t>
            </w:r>
          </w:p>
        </w:tc>
        <w:tc>
          <w:tcPr>
            <w:tcW w:w="5136" w:type="dxa"/>
            <w:shd w:val="clear" w:color="auto" w:fill="auto"/>
          </w:tcPr>
          <w:p w14:paraId="774C19CD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рисунка, схемы 1—2 числовыми данными (значениями данных величин).</w:t>
            </w:r>
          </w:p>
        </w:tc>
        <w:tc>
          <w:tcPr>
            <w:tcW w:w="1076" w:type="dxa"/>
            <w:shd w:val="clear" w:color="auto" w:fill="auto"/>
          </w:tcPr>
          <w:p w14:paraId="3D86CECD" w14:textId="77777777" w:rsidR="00051DC3" w:rsidRPr="00051DC3" w:rsidRDefault="00051DC3" w:rsidP="005C6D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77B855B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79A10B1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0A1AEEF5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39</w:t>
            </w:r>
          </w:p>
        </w:tc>
        <w:tc>
          <w:tcPr>
            <w:tcW w:w="5136" w:type="dxa"/>
            <w:shd w:val="clear" w:color="auto" w:fill="auto"/>
          </w:tcPr>
          <w:p w14:paraId="464DD2B1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1—3-шаговых инструкций, связанных с вычислениями, измерением длины, построением геометрических фигур.</w:t>
            </w:r>
          </w:p>
        </w:tc>
        <w:tc>
          <w:tcPr>
            <w:tcW w:w="1076" w:type="dxa"/>
            <w:shd w:val="clear" w:color="auto" w:fill="auto"/>
          </w:tcPr>
          <w:p w14:paraId="3298B827" w14:textId="77777777" w:rsidR="00051DC3" w:rsidRPr="00051DC3" w:rsidRDefault="00051DC3" w:rsidP="005C6D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27DD809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8FD4939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6C7F4438" w14:textId="77777777" w:rsidR="00051DC3" w:rsidRPr="00051DC3" w:rsidRDefault="00051DC3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40</w:t>
            </w:r>
          </w:p>
        </w:tc>
        <w:tc>
          <w:tcPr>
            <w:tcW w:w="5136" w:type="dxa"/>
            <w:shd w:val="clear" w:color="auto" w:fill="auto"/>
          </w:tcPr>
          <w:p w14:paraId="6969042A" w14:textId="77777777" w:rsidR="00051DC3" w:rsidRPr="00051DC3" w:rsidRDefault="00051DC3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076" w:type="dxa"/>
            <w:shd w:val="clear" w:color="auto" w:fill="auto"/>
          </w:tcPr>
          <w:p w14:paraId="7CD1A7C8" w14:textId="77777777" w:rsidR="00051DC3" w:rsidRPr="00051DC3" w:rsidRDefault="00051DC3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14</w:t>
            </w:r>
          </w:p>
        </w:tc>
        <w:tc>
          <w:tcPr>
            <w:tcW w:w="2979" w:type="dxa"/>
            <w:shd w:val="clear" w:color="auto" w:fill="auto"/>
          </w:tcPr>
          <w:p w14:paraId="121E8C6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5C6D0B" w:rsidRPr="00051DC3" w14:paraId="5BAD5E32" w14:textId="77777777" w:rsidTr="00C40BD7">
        <w:trPr>
          <w:trHeight w:val="379"/>
        </w:trPr>
        <w:tc>
          <w:tcPr>
            <w:tcW w:w="642" w:type="dxa"/>
            <w:shd w:val="clear" w:color="auto" w:fill="auto"/>
          </w:tcPr>
          <w:p w14:paraId="67EEE892" w14:textId="77777777" w:rsidR="005C6D0B" w:rsidRPr="00051DC3" w:rsidRDefault="005C6D0B" w:rsidP="00D409D5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5136" w:type="dxa"/>
            <w:shd w:val="clear" w:color="auto" w:fill="auto"/>
          </w:tcPr>
          <w:p w14:paraId="535D1336" w14:textId="77777777" w:rsidR="005C6D0B" w:rsidRPr="00051DC3" w:rsidRDefault="005C6D0B" w:rsidP="00D409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6" w:type="dxa"/>
            <w:shd w:val="clear" w:color="auto" w:fill="auto"/>
          </w:tcPr>
          <w:p w14:paraId="34B6E738" w14:textId="77777777" w:rsidR="005C6D0B" w:rsidRPr="00051DC3" w:rsidRDefault="005C6D0B" w:rsidP="00D40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132</w:t>
            </w:r>
          </w:p>
        </w:tc>
        <w:tc>
          <w:tcPr>
            <w:tcW w:w="2979" w:type="dxa"/>
            <w:shd w:val="clear" w:color="auto" w:fill="auto"/>
          </w:tcPr>
          <w:p w14:paraId="67D118B2" w14:textId="77777777" w:rsidR="005C6D0B" w:rsidRPr="00051DC3" w:rsidRDefault="005C6D0B" w:rsidP="00D409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</w:p>
        </w:tc>
      </w:tr>
    </w:tbl>
    <w:p w14:paraId="250395D5" w14:textId="77777777" w:rsidR="00BA326E" w:rsidRPr="00051DC3" w:rsidRDefault="00BA326E" w:rsidP="00BA326E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</w:p>
    <w:p w14:paraId="1597D4EA" w14:textId="77777777" w:rsidR="00BA326E" w:rsidRPr="00051DC3" w:rsidRDefault="00BA326E" w:rsidP="00BA326E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 xml:space="preserve">                                                                                     2</w:t>
      </w:r>
      <w:r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>класс</w:t>
      </w:r>
      <w:proofErr w:type="spellEnd"/>
    </w:p>
    <w:p w14:paraId="7CCFC1E3" w14:textId="77777777" w:rsidR="00BA326E" w:rsidRPr="00051DC3" w:rsidRDefault="00BA326E" w:rsidP="00BA326E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</w:p>
    <w:tbl>
      <w:tblPr>
        <w:tblW w:w="0" w:type="auto"/>
        <w:tblInd w:w="7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2"/>
        <w:gridCol w:w="5136"/>
        <w:gridCol w:w="1076"/>
        <w:gridCol w:w="2979"/>
      </w:tblGrid>
      <w:tr w:rsidR="00BA326E" w:rsidRPr="00051DC3" w14:paraId="64AD4070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494E1A19" w14:textId="77777777" w:rsidR="00BA326E" w:rsidRPr="00051DC3" w:rsidRDefault="00BA326E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136" w:type="dxa"/>
            <w:shd w:val="clear" w:color="auto" w:fill="auto"/>
          </w:tcPr>
          <w:p w14:paraId="544C1C01" w14:textId="77777777" w:rsidR="00BA326E" w:rsidRPr="00051DC3" w:rsidRDefault="00BA326E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1076" w:type="dxa"/>
            <w:shd w:val="clear" w:color="auto" w:fill="auto"/>
          </w:tcPr>
          <w:p w14:paraId="06DB33EC" w14:textId="77777777" w:rsidR="00BA326E" w:rsidRPr="00051DC3" w:rsidRDefault="00BA326E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Кол-во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79" w:type="dxa"/>
            <w:shd w:val="clear" w:color="auto" w:fill="auto"/>
          </w:tcPr>
          <w:p w14:paraId="2263AB3E" w14:textId="77777777" w:rsidR="00BA326E" w:rsidRPr="00051DC3" w:rsidRDefault="00BA326E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Электронные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(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цифровые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)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BA326E" w:rsidRPr="00051DC3" w14:paraId="1342F829" w14:textId="77777777" w:rsidTr="00BA326E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658DFD80" w14:textId="77777777" w:rsidR="00BA326E" w:rsidRPr="00051DC3" w:rsidRDefault="00BA326E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1.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Числа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</w:t>
            </w:r>
            <w:r w:rsidR="00C46525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</w:t>
            </w: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0 ч.</w:t>
            </w:r>
          </w:p>
        </w:tc>
      </w:tr>
      <w:tr w:rsidR="00051DC3" w:rsidRPr="001475A6" w14:paraId="380D0F09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B36FC83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5136" w:type="dxa"/>
            <w:shd w:val="clear" w:color="auto" w:fill="auto"/>
          </w:tcPr>
          <w:p w14:paraId="5781E93B" w14:textId="77777777" w:rsidR="00051DC3" w:rsidRPr="00051DC3" w:rsidRDefault="00051DC3" w:rsidP="00E77E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 в пределах 100: чтение, запись, десятичный состав, сравнение.</w:t>
            </w:r>
          </w:p>
        </w:tc>
        <w:tc>
          <w:tcPr>
            <w:tcW w:w="1076" w:type="dxa"/>
            <w:shd w:val="clear" w:color="auto" w:fill="auto"/>
          </w:tcPr>
          <w:p w14:paraId="2DDD6CC1" w14:textId="77777777" w:rsidR="00051DC3" w:rsidRPr="00051DC3" w:rsidRDefault="00051DC3" w:rsidP="00C46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22A1E64E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A168014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80697CC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5136" w:type="dxa"/>
            <w:shd w:val="clear" w:color="auto" w:fill="auto"/>
          </w:tcPr>
          <w:p w14:paraId="5FFA4A8B" w14:textId="77777777" w:rsidR="00051DC3" w:rsidRPr="00051DC3" w:rsidRDefault="00051DC3" w:rsidP="00E77E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Запись равенства, неравенства. Увеличение/уменьшение числа на несколько единиц/десятков; разностное сравнение чисел.</w:t>
            </w:r>
          </w:p>
        </w:tc>
        <w:tc>
          <w:tcPr>
            <w:tcW w:w="1076" w:type="dxa"/>
            <w:shd w:val="clear" w:color="auto" w:fill="auto"/>
          </w:tcPr>
          <w:p w14:paraId="200AA3BE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5338836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F34818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C3C61CD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5136" w:type="dxa"/>
            <w:shd w:val="clear" w:color="auto" w:fill="auto"/>
          </w:tcPr>
          <w:p w14:paraId="0380A37C" w14:textId="77777777" w:rsidR="00051DC3" w:rsidRPr="00051DC3" w:rsidRDefault="00051DC3" w:rsidP="00E77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Чётные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нечётные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spellEnd"/>
            <w:r w:rsidRPr="00051D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790C6D63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CCD68A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E233D3F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3C5A9839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5136" w:type="dxa"/>
            <w:shd w:val="clear" w:color="auto" w:fill="auto"/>
          </w:tcPr>
          <w:p w14:paraId="7A8E9DAB" w14:textId="77777777" w:rsidR="00051DC3" w:rsidRPr="00051DC3" w:rsidRDefault="00051DC3" w:rsidP="00E77E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Представление числа в  виде суммы разрядных слагаемых.</w:t>
            </w:r>
          </w:p>
        </w:tc>
        <w:tc>
          <w:tcPr>
            <w:tcW w:w="1076" w:type="dxa"/>
            <w:shd w:val="clear" w:color="auto" w:fill="auto"/>
          </w:tcPr>
          <w:p w14:paraId="4C439697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57F5073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24FDFC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58F1796B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5136" w:type="dxa"/>
            <w:shd w:val="clear" w:color="auto" w:fill="auto"/>
          </w:tcPr>
          <w:p w14:paraId="42CBEE7D" w14:textId="77777777" w:rsidR="00051DC3" w:rsidRPr="00051DC3" w:rsidRDefault="00051DC3" w:rsidP="00E77E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математической терминологией (однозначное, двузначное, чётное-нечётное число; число и  цифра; компоненты арифметического действия, их название)</w:t>
            </w:r>
          </w:p>
        </w:tc>
        <w:tc>
          <w:tcPr>
            <w:tcW w:w="1076" w:type="dxa"/>
            <w:shd w:val="clear" w:color="auto" w:fill="auto"/>
          </w:tcPr>
          <w:p w14:paraId="24890B7A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388A078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C46525" w:rsidRPr="00051DC3" w14:paraId="13312820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D496475" w14:textId="77777777" w:rsidR="00C46525" w:rsidRPr="00051DC3" w:rsidRDefault="00C46525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1" w:type="dxa"/>
            <w:gridSpan w:val="3"/>
            <w:shd w:val="clear" w:color="auto" w:fill="auto"/>
          </w:tcPr>
          <w:p w14:paraId="339FC40E" w14:textId="77777777" w:rsidR="00C46525" w:rsidRPr="00051DC3" w:rsidRDefault="00C46525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 xml:space="preserve">                                             Раздел 2. Величины-11 ч</w:t>
            </w:r>
          </w:p>
        </w:tc>
      </w:tr>
      <w:tr w:rsidR="00051DC3" w:rsidRPr="001475A6" w14:paraId="62ED38EB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5FDD21B3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5136" w:type="dxa"/>
            <w:shd w:val="clear" w:color="auto" w:fill="auto"/>
          </w:tcPr>
          <w:p w14:paraId="4162B435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Работа с величинами: сравнение по массе (единица массы — килограмм); измерение длины (единицы длины — метр, дециметр, сантиметр, миллиметр), времени (единицы времени  — час, минута).</w:t>
            </w:r>
          </w:p>
        </w:tc>
        <w:tc>
          <w:tcPr>
            <w:tcW w:w="1076" w:type="dxa"/>
            <w:shd w:val="clear" w:color="auto" w:fill="auto"/>
          </w:tcPr>
          <w:p w14:paraId="02A8297A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084BE71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F7E566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41AD7EDB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7</w:t>
            </w:r>
          </w:p>
        </w:tc>
        <w:tc>
          <w:tcPr>
            <w:tcW w:w="5136" w:type="dxa"/>
            <w:shd w:val="clear" w:color="auto" w:fill="auto"/>
          </w:tcPr>
          <w:p w14:paraId="37E86CE7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Соотношения между единицами величины (в  пределах 100), решение практических задач.</w:t>
            </w:r>
          </w:p>
        </w:tc>
        <w:tc>
          <w:tcPr>
            <w:tcW w:w="1076" w:type="dxa"/>
            <w:shd w:val="clear" w:color="auto" w:fill="auto"/>
          </w:tcPr>
          <w:p w14:paraId="6AA6AF7C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17A7128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AE499E8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2CC672D5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5136" w:type="dxa"/>
            <w:shd w:val="clear" w:color="auto" w:fill="auto"/>
          </w:tcPr>
          <w:p w14:paraId="54302A1F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Измерение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величин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56CCD1CF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0A99D74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1FAAC64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3EF12E53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9</w:t>
            </w:r>
          </w:p>
        </w:tc>
        <w:tc>
          <w:tcPr>
            <w:tcW w:w="5136" w:type="dxa"/>
            <w:shd w:val="clear" w:color="auto" w:fill="auto"/>
          </w:tcPr>
          <w:p w14:paraId="458B0636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Сравнение и упорядочение однородных величин.</w:t>
            </w:r>
          </w:p>
        </w:tc>
        <w:tc>
          <w:tcPr>
            <w:tcW w:w="1076" w:type="dxa"/>
            <w:shd w:val="clear" w:color="auto" w:fill="auto"/>
          </w:tcPr>
          <w:p w14:paraId="017A1A37" w14:textId="77777777" w:rsidR="00051DC3" w:rsidRPr="00051DC3" w:rsidRDefault="00051DC3" w:rsidP="00C46525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444C663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EE5600" w:rsidRPr="00051DC3" w14:paraId="4A8CF89A" w14:textId="77777777" w:rsidTr="00E77EB0">
        <w:trPr>
          <w:trHeight w:val="379"/>
        </w:trPr>
        <w:tc>
          <w:tcPr>
            <w:tcW w:w="9833" w:type="dxa"/>
            <w:gridSpan w:val="4"/>
            <w:shd w:val="clear" w:color="auto" w:fill="auto"/>
          </w:tcPr>
          <w:p w14:paraId="48B45E28" w14:textId="77777777" w:rsidR="00EE5600" w:rsidRPr="00051DC3" w:rsidRDefault="00EE5600" w:rsidP="00EE5600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3.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Арифметические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действия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– 58 ч</w:t>
            </w:r>
          </w:p>
        </w:tc>
      </w:tr>
      <w:tr w:rsidR="00051DC3" w:rsidRPr="001475A6" w14:paraId="2983F708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1D29FE25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10</w:t>
            </w:r>
          </w:p>
        </w:tc>
        <w:tc>
          <w:tcPr>
            <w:tcW w:w="5136" w:type="dxa"/>
            <w:shd w:val="clear" w:color="auto" w:fill="auto"/>
          </w:tcPr>
          <w:p w14:paraId="6F078EE1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Устное сложение и вычитание чисел в пределах 100 без перехода и с переходом через разряд.</w:t>
            </w:r>
          </w:p>
        </w:tc>
        <w:tc>
          <w:tcPr>
            <w:tcW w:w="1076" w:type="dxa"/>
            <w:shd w:val="clear" w:color="auto" w:fill="auto"/>
          </w:tcPr>
          <w:p w14:paraId="10014BD9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979" w:type="dxa"/>
            <w:shd w:val="clear" w:color="auto" w:fill="auto"/>
          </w:tcPr>
          <w:p w14:paraId="1CC76BE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7F6C77B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46A8AD85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11</w:t>
            </w:r>
          </w:p>
        </w:tc>
        <w:tc>
          <w:tcPr>
            <w:tcW w:w="5136" w:type="dxa"/>
            <w:shd w:val="clear" w:color="auto" w:fill="auto"/>
          </w:tcPr>
          <w:p w14:paraId="5015A952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Письменное сложение и  вычитание чисел в пределах 100. Переместительное, сочетательное свойства сложения, их применение для вычислений.</w:t>
            </w:r>
          </w:p>
        </w:tc>
        <w:tc>
          <w:tcPr>
            <w:tcW w:w="1076" w:type="dxa"/>
            <w:shd w:val="clear" w:color="auto" w:fill="auto"/>
          </w:tcPr>
          <w:p w14:paraId="6A0D9F1B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979" w:type="dxa"/>
            <w:shd w:val="clear" w:color="auto" w:fill="auto"/>
          </w:tcPr>
          <w:p w14:paraId="279DB35D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FC11E4B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14FAB94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  <w:p w14:paraId="687603D6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12</w:t>
            </w:r>
          </w:p>
        </w:tc>
        <w:tc>
          <w:tcPr>
            <w:tcW w:w="5136" w:type="dxa"/>
            <w:shd w:val="clear" w:color="auto" w:fill="auto"/>
          </w:tcPr>
          <w:p w14:paraId="127E15FE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115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Взаимосвязь компонентов и результата действия сложения, действия вычитания.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Проверка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результата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вычисления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(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реальность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ответа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обратное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действие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).</w:t>
            </w:r>
          </w:p>
        </w:tc>
        <w:tc>
          <w:tcPr>
            <w:tcW w:w="1076" w:type="dxa"/>
            <w:shd w:val="clear" w:color="auto" w:fill="auto"/>
          </w:tcPr>
          <w:p w14:paraId="0A1E69C6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9" w:type="dxa"/>
            <w:shd w:val="clear" w:color="auto" w:fill="auto"/>
          </w:tcPr>
          <w:p w14:paraId="4BCC82C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7EC4335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2EB430F0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13</w:t>
            </w:r>
          </w:p>
        </w:tc>
        <w:tc>
          <w:tcPr>
            <w:tcW w:w="5136" w:type="dxa"/>
            <w:shd w:val="clear" w:color="auto" w:fill="auto"/>
          </w:tcPr>
          <w:p w14:paraId="51C62D3F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Действия умножения и  деления чисел. Взаимосвязь сложения и умножения. Иллюстрация умножения с помощью предметной модели сюжетной ситуации.</w:t>
            </w:r>
          </w:p>
        </w:tc>
        <w:tc>
          <w:tcPr>
            <w:tcW w:w="1076" w:type="dxa"/>
            <w:shd w:val="clear" w:color="auto" w:fill="auto"/>
          </w:tcPr>
          <w:p w14:paraId="3AC29D5C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979" w:type="dxa"/>
            <w:shd w:val="clear" w:color="auto" w:fill="auto"/>
          </w:tcPr>
          <w:p w14:paraId="571B933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73C7711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1DDB1D00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14</w:t>
            </w:r>
          </w:p>
        </w:tc>
        <w:tc>
          <w:tcPr>
            <w:tcW w:w="5136" w:type="dxa"/>
            <w:shd w:val="clear" w:color="auto" w:fill="auto"/>
          </w:tcPr>
          <w:p w14:paraId="79F44D2E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Названия компонентов действий умножения, деления.</w:t>
            </w:r>
          </w:p>
        </w:tc>
        <w:tc>
          <w:tcPr>
            <w:tcW w:w="1076" w:type="dxa"/>
            <w:shd w:val="clear" w:color="auto" w:fill="auto"/>
          </w:tcPr>
          <w:p w14:paraId="2C41E927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779A585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762FA6D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5B0C979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15</w:t>
            </w:r>
          </w:p>
        </w:tc>
        <w:tc>
          <w:tcPr>
            <w:tcW w:w="5136" w:type="dxa"/>
            <w:shd w:val="clear" w:color="auto" w:fill="auto"/>
          </w:tcPr>
          <w:p w14:paraId="4A2E225D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Табличное умножение в  пределах 50. Табличные случаи умножения, деления при вычислениях и решении задач.</w:t>
            </w:r>
          </w:p>
        </w:tc>
        <w:tc>
          <w:tcPr>
            <w:tcW w:w="1076" w:type="dxa"/>
            <w:shd w:val="clear" w:color="auto" w:fill="auto"/>
          </w:tcPr>
          <w:p w14:paraId="66E929D7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19F7181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FB05DEE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B2DEE8D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16</w:t>
            </w:r>
          </w:p>
        </w:tc>
        <w:tc>
          <w:tcPr>
            <w:tcW w:w="5136" w:type="dxa"/>
            <w:shd w:val="clear" w:color="auto" w:fill="auto"/>
          </w:tcPr>
          <w:p w14:paraId="5C2597F3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Умножение на 1, на 0 (по  правилу).</w:t>
            </w:r>
          </w:p>
        </w:tc>
        <w:tc>
          <w:tcPr>
            <w:tcW w:w="1076" w:type="dxa"/>
            <w:shd w:val="clear" w:color="auto" w:fill="auto"/>
          </w:tcPr>
          <w:p w14:paraId="29432184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0F698F6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2019A68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C104DAE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17</w:t>
            </w:r>
          </w:p>
        </w:tc>
        <w:tc>
          <w:tcPr>
            <w:tcW w:w="5136" w:type="dxa"/>
            <w:shd w:val="clear" w:color="auto" w:fill="auto"/>
          </w:tcPr>
          <w:p w14:paraId="6880B3FF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Переместительное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свойство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умножения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2C8628C9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31D7771E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7C5E5EF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28D5FD3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18</w:t>
            </w:r>
          </w:p>
        </w:tc>
        <w:tc>
          <w:tcPr>
            <w:tcW w:w="5136" w:type="dxa"/>
            <w:shd w:val="clear" w:color="auto" w:fill="auto"/>
          </w:tcPr>
          <w:p w14:paraId="04A1E58B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Взаимосвязь компонентов и результата действия умножения, действия деления.</w:t>
            </w:r>
          </w:p>
        </w:tc>
        <w:tc>
          <w:tcPr>
            <w:tcW w:w="1076" w:type="dxa"/>
            <w:shd w:val="clear" w:color="auto" w:fill="auto"/>
          </w:tcPr>
          <w:p w14:paraId="51EFA857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7219EDD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F3268F3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2E12EED9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19</w:t>
            </w:r>
          </w:p>
        </w:tc>
        <w:tc>
          <w:tcPr>
            <w:tcW w:w="5136" w:type="dxa"/>
            <w:shd w:val="clear" w:color="auto" w:fill="auto"/>
          </w:tcPr>
          <w:p w14:paraId="2761B953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Неизвестный компонент действия сложения, действия вычитания; его  нахождение.</w:t>
            </w:r>
          </w:p>
        </w:tc>
        <w:tc>
          <w:tcPr>
            <w:tcW w:w="1076" w:type="dxa"/>
            <w:shd w:val="clear" w:color="auto" w:fill="auto"/>
          </w:tcPr>
          <w:p w14:paraId="6B0F6B5C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499689D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55B0064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3BF11170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20</w:t>
            </w:r>
          </w:p>
        </w:tc>
        <w:tc>
          <w:tcPr>
            <w:tcW w:w="5136" w:type="dxa"/>
            <w:shd w:val="clear" w:color="auto" w:fill="auto"/>
          </w:tcPr>
          <w:p w14:paraId="2A36C364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Числовое выражение: чтение, запись, вычисление значения. Порядок выполнения действий в  числовом выражении, содержащем действия сложения и вычитания (со  скобками/без скобок) в  пределах 100 (не более трёх действий); нахождение его значения.</w:t>
            </w:r>
          </w:p>
        </w:tc>
        <w:tc>
          <w:tcPr>
            <w:tcW w:w="1076" w:type="dxa"/>
            <w:shd w:val="clear" w:color="auto" w:fill="auto"/>
          </w:tcPr>
          <w:p w14:paraId="11F294AB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223E269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DC2C514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4F2AC322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21</w:t>
            </w:r>
          </w:p>
        </w:tc>
        <w:tc>
          <w:tcPr>
            <w:tcW w:w="5136" w:type="dxa"/>
            <w:shd w:val="clear" w:color="auto" w:fill="auto"/>
          </w:tcPr>
          <w:p w14:paraId="368CE225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Вычитание суммы из  числа, числа из суммы.</w:t>
            </w:r>
          </w:p>
        </w:tc>
        <w:tc>
          <w:tcPr>
            <w:tcW w:w="1076" w:type="dxa"/>
            <w:shd w:val="clear" w:color="auto" w:fill="auto"/>
          </w:tcPr>
          <w:p w14:paraId="55CC6368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1D0E6EF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8368EE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440F6C94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22</w:t>
            </w:r>
          </w:p>
        </w:tc>
        <w:tc>
          <w:tcPr>
            <w:tcW w:w="5136" w:type="dxa"/>
            <w:shd w:val="clear" w:color="auto" w:fill="auto"/>
          </w:tcPr>
          <w:p w14:paraId="1EC53B37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Вычисление суммы, разности удобным способом.</w:t>
            </w:r>
          </w:p>
        </w:tc>
        <w:tc>
          <w:tcPr>
            <w:tcW w:w="1076" w:type="dxa"/>
            <w:shd w:val="clear" w:color="auto" w:fill="auto"/>
          </w:tcPr>
          <w:p w14:paraId="0F7D7178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5A76BCD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051DC3" w14:paraId="3E778116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015A3EB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1" w:type="dxa"/>
            <w:gridSpan w:val="3"/>
            <w:shd w:val="clear" w:color="auto" w:fill="auto"/>
          </w:tcPr>
          <w:p w14:paraId="593E19FA" w14:textId="77777777" w:rsidR="00051DC3" w:rsidRPr="00051DC3" w:rsidRDefault="00051DC3" w:rsidP="00616D90">
            <w:pPr>
              <w:autoSpaceDE w:val="0"/>
              <w:autoSpaceDN w:val="0"/>
              <w:spacing w:before="76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4.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Текстовые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задачи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-12 ч.</w:t>
            </w:r>
          </w:p>
        </w:tc>
      </w:tr>
      <w:tr w:rsidR="00051DC3" w:rsidRPr="001475A6" w14:paraId="1AF7F361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99FF460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23</w:t>
            </w:r>
          </w:p>
        </w:tc>
        <w:tc>
          <w:tcPr>
            <w:tcW w:w="5136" w:type="dxa"/>
            <w:shd w:val="clear" w:color="auto" w:fill="auto"/>
          </w:tcPr>
          <w:p w14:paraId="586EB002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Чтение, представление текста задачи в виде рисунка, схемы или другой модели.</w:t>
            </w:r>
          </w:p>
        </w:tc>
        <w:tc>
          <w:tcPr>
            <w:tcW w:w="1076" w:type="dxa"/>
            <w:shd w:val="clear" w:color="auto" w:fill="auto"/>
          </w:tcPr>
          <w:p w14:paraId="29633237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5D8A3AA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6200714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35408F41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24</w:t>
            </w:r>
          </w:p>
        </w:tc>
        <w:tc>
          <w:tcPr>
            <w:tcW w:w="5136" w:type="dxa"/>
            <w:shd w:val="clear" w:color="auto" w:fill="auto"/>
          </w:tcPr>
          <w:p w14:paraId="08C4813D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План решения задачи в  два действия, выбор соответствующих плану арифметических действий.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Запись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решения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ответа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задачи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759EC5B7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714056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0F5D422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15BC48C2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25</w:t>
            </w:r>
          </w:p>
        </w:tc>
        <w:tc>
          <w:tcPr>
            <w:tcW w:w="5136" w:type="dxa"/>
            <w:shd w:val="clear" w:color="auto" w:fill="auto"/>
          </w:tcPr>
          <w:p w14:paraId="734000AE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Решение текстовых задач на применение смысла арифметического действия (сложение, вычитание, умножение, деление).</w:t>
            </w:r>
          </w:p>
        </w:tc>
        <w:tc>
          <w:tcPr>
            <w:tcW w:w="1076" w:type="dxa"/>
            <w:shd w:val="clear" w:color="auto" w:fill="auto"/>
          </w:tcPr>
          <w:p w14:paraId="79671AFA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0382EE1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66A6F8A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1D7F106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26</w:t>
            </w:r>
          </w:p>
        </w:tc>
        <w:tc>
          <w:tcPr>
            <w:tcW w:w="5136" w:type="dxa"/>
            <w:shd w:val="clear" w:color="auto" w:fill="auto"/>
          </w:tcPr>
          <w:p w14:paraId="54463065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Расчётные задачи на увеличение/ уменьшение величины на  несколько единиц/ в  несколько раз.</w:t>
            </w:r>
          </w:p>
        </w:tc>
        <w:tc>
          <w:tcPr>
            <w:tcW w:w="1076" w:type="dxa"/>
            <w:shd w:val="clear" w:color="auto" w:fill="auto"/>
          </w:tcPr>
          <w:p w14:paraId="23BB7BE5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A8CCB9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03DF537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2C45D042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27</w:t>
            </w:r>
          </w:p>
        </w:tc>
        <w:tc>
          <w:tcPr>
            <w:tcW w:w="5136" w:type="dxa"/>
            <w:shd w:val="clear" w:color="auto" w:fill="auto"/>
          </w:tcPr>
          <w:p w14:paraId="0D5346A0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вопросу).</w:t>
            </w:r>
          </w:p>
        </w:tc>
        <w:tc>
          <w:tcPr>
            <w:tcW w:w="1076" w:type="dxa"/>
            <w:shd w:val="clear" w:color="auto" w:fill="auto"/>
          </w:tcPr>
          <w:p w14:paraId="4EC92903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9" w:type="dxa"/>
            <w:shd w:val="clear" w:color="auto" w:fill="auto"/>
          </w:tcPr>
          <w:p w14:paraId="16373D7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9FC62D3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43F529E7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1" w:type="dxa"/>
            <w:gridSpan w:val="3"/>
            <w:shd w:val="clear" w:color="auto" w:fill="auto"/>
          </w:tcPr>
          <w:p w14:paraId="2F55647A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Раздел 5. Пространственные отношения и  геометрические фигуры – 20 ч.</w:t>
            </w:r>
          </w:p>
        </w:tc>
      </w:tr>
      <w:tr w:rsidR="00051DC3" w:rsidRPr="001475A6" w14:paraId="74AA072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26835EE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28</w:t>
            </w:r>
          </w:p>
        </w:tc>
        <w:tc>
          <w:tcPr>
            <w:tcW w:w="5136" w:type="dxa"/>
            <w:shd w:val="clear" w:color="auto" w:fill="auto"/>
          </w:tcPr>
          <w:p w14:paraId="52E9E046" w14:textId="77777777" w:rsidR="00051DC3" w:rsidRPr="00051DC3" w:rsidRDefault="00051DC3">
            <w:pPr>
              <w:autoSpaceDE w:val="0"/>
              <w:autoSpaceDN w:val="0"/>
              <w:spacing w:before="74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Распознавание и изображение геометрических фигур: точка, прямая, прямой угол, ломаная, многоугольник.</w:t>
            </w:r>
          </w:p>
        </w:tc>
        <w:tc>
          <w:tcPr>
            <w:tcW w:w="1076" w:type="dxa"/>
            <w:shd w:val="clear" w:color="auto" w:fill="auto"/>
          </w:tcPr>
          <w:p w14:paraId="714DBE16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9" w:type="dxa"/>
            <w:shd w:val="clear" w:color="auto" w:fill="auto"/>
          </w:tcPr>
          <w:p w14:paraId="4E8237F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7573BFA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39E21A45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29</w:t>
            </w:r>
          </w:p>
        </w:tc>
        <w:tc>
          <w:tcPr>
            <w:tcW w:w="5136" w:type="dxa"/>
            <w:shd w:val="clear" w:color="auto" w:fill="auto"/>
          </w:tcPr>
          <w:p w14:paraId="3216A980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Построение отрезка заданной длины с помощью линейки.</w:t>
            </w:r>
          </w:p>
        </w:tc>
        <w:tc>
          <w:tcPr>
            <w:tcW w:w="1076" w:type="dxa"/>
            <w:shd w:val="clear" w:color="auto" w:fill="auto"/>
          </w:tcPr>
          <w:p w14:paraId="2A716493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9" w:type="dxa"/>
            <w:shd w:val="clear" w:color="auto" w:fill="auto"/>
          </w:tcPr>
          <w:p w14:paraId="5B2C236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EDECA51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78A4AE93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30</w:t>
            </w:r>
          </w:p>
        </w:tc>
        <w:tc>
          <w:tcPr>
            <w:tcW w:w="5136" w:type="dxa"/>
            <w:shd w:val="clear" w:color="auto" w:fill="auto"/>
          </w:tcPr>
          <w:p w14:paraId="60CA258D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Изображение на клетчатой бумаге прямоугольника с заданными длинами сторон, квадрата с заданной длиной стороны.</w:t>
            </w:r>
          </w:p>
        </w:tc>
        <w:tc>
          <w:tcPr>
            <w:tcW w:w="1076" w:type="dxa"/>
            <w:shd w:val="clear" w:color="auto" w:fill="auto"/>
          </w:tcPr>
          <w:p w14:paraId="460F7EA5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9" w:type="dxa"/>
            <w:shd w:val="clear" w:color="auto" w:fill="auto"/>
          </w:tcPr>
          <w:p w14:paraId="5B7A536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AC23F64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44048A33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31</w:t>
            </w:r>
          </w:p>
        </w:tc>
        <w:tc>
          <w:tcPr>
            <w:tcW w:w="5136" w:type="dxa"/>
            <w:shd w:val="clear" w:color="auto" w:fill="auto"/>
          </w:tcPr>
          <w:p w14:paraId="7D369B45" w14:textId="77777777" w:rsidR="00051DC3" w:rsidRPr="00051DC3" w:rsidRDefault="00051DC3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Длина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ломаной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32EF909E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2B8BBC4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4DF6599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7906AC20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5136" w:type="dxa"/>
            <w:shd w:val="clear" w:color="auto" w:fill="auto"/>
          </w:tcPr>
          <w:p w14:paraId="10064ECD" w14:textId="77777777" w:rsidR="00051DC3" w:rsidRPr="00051DC3" w:rsidRDefault="00051DC3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Измерение периметра данного/ изображённого прямоугольника (квадрата), запись результата измерения в сантиметрах.</w:t>
            </w:r>
          </w:p>
        </w:tc>
        <w:tc>
          <w:tcPr>
            <w:tcW w:w="1076" w:type="dxa"/>
            <w:shd w:val="clear" w:color="auto" w:fill="auto"/>
          </w:tcPr>
          <w:p w14:paraId="5D09B5A9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588AEE2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D0C4BF3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9497C17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33</w:t>
            </w:r>
          </w:p>
        </w:tc>
        <w:tc>
          <w:tcPr>
            <w:tcW w:w="5136" w:type="dxa"/>
            <w:shd w:val="clear" w:color="auto" w:fill="auto"/>
          </w:tcPr>
          <w:p w14:paraId="432A7292" w14:textId="77777777" w:rsidR="00051DC3" w:rsidRPr="00051DC3" w:rsidRDefault="00051DC3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Точка, конец отрезка, вершина многоугольника. Обозначение точки буквой латинского алфавита.</w:t>
            </w:r>
          </w:p>
        </w:tc>
        <w:tc>
          <w:tcPr>
            <w:tcW w:w="1076" w:type="dxa"/>
            <w:shd w:val="clear" w:color="auto" w:fill="auto"/>
          </w:tcPr>
          <w:p w14:paraId="4E7A1A50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3D504FA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385647" w:rsidRPr="00051DC3" w14:paraId="79C1387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BCA8F67" w14:textId="77777777" w:rsidR="00385647" w:rsidRPr="00051DC3" w:rsidRDefault="00385647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5136" w:type="dxa"/>
            <w:shd w:val="clear" w:color="auto" w:fill="auto"/>
          </w:tcPr>
          <w:p w14:paraId="54EC525C" w14:textId="77777777" w:rsidR="00385647" w:rsidRPr="00051DC3" w:rsidRDefault="00616D90" w:rsidP="00BA326E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6</w:t>
            </w: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Математическая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1076" w:type="dxa"/>
            <w:shd w:val="clear" w:color="auto" w:fill="auto"/>
          </w:tcPr>
          <w:p w14:paraId="09207BA7" w14:textId="77777777" w:rsidR="00385647" w:rsidRPr="00051DC3" w:rsidRDefault="00385647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9" w:type="dxa"/>
            <w:shd w:val="clear" w:color="auto" w:fill="auto"/>
          </w:tcPr>
          <w:p w14:paraId="3E345C2E" w14:textId="77777777" w:rsidR="00385647" w:rsidRPr="00051DC3" w:rsidRDefault="00385647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51DC3" w:rsidRPr="001475A6" w14:paraId="43928223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4A0DCD8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34</w:t>
            </w:r>
          </w:p>
        </w:tc>
        <w:tc>
          <w:tcPr>
            <w:tcW w:w="5136" w:type="dxa"/>
            <w:shd w:val="clear" w:color="auto" w:fill="auto"/>
          </w:tcPr>
          <w:p w14:paraId="2A44FE3F" w14:textId="77777777" w:rsidR="00051DC3" w:rsidRPr="00051DC3" w:rsidRDefault="00051DC3">
            <w:pPr>
              <w:autoSpaceDE w:val="0"/>
              <w:autoSpaceDN w:val="0"/>
              <w:spacing w:before="74" w:after="0" w:line="24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Нахождение, формулирование одного-двух общих признаков набора математических объектов: чисел, величин, геометрических фигур.</w:t>
            </w:r>
          </w:p>
        </w:tc>
        <w:tc>
          <w:tcPr>
            <w:tcW w:w="1076" w:type="dxa"/>
            <w:shd w:val="clear" w:color="auto" w:fill="auto"/>
          </w:tcPr>
          <w:p w14:paraId="33DA7E12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023417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24840D0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6975CBE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35</w:t>
            </w:r>
          </w:p>
        </w:tc>
        <w:tc>
          <w:tcPr>
            <w:tcW w:w="5136" w:type="dxa"/>
            <w:shd w:val="clear" w:color="auto" w:fill="auto"/>
          </w:tcPr>
          <w:p w14:paraId="57CDD1AB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Классификация объектов по заданному или самостоятельно установленному основанию.</w:t>
            </w:r>
          </w:p>
        </w:tc>
        <w:tc>
          <w:tcPr>
            <w:tcW w:w="1076" w:type="dxa"/>
            <w:shd w:val="clear" w:color="auto" w:fill="auto"/>
          </w:tcPr>
          <w:p w14:paraId="0DF17580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033563F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4E8C2EB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18EB35BF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36</w:t>
            </w:r>
          </w:p>
        </w:tc>
        <w:tc>
          <w:tcPr>
            <w:tcW w:w="5136" w:type="dxa"/>
            <w:shd w:val="clear" w:color="auto" w:fill="auto"/>
          </w:tcPr>
          <w:p w14:paraId="1279A420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10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Закономерность в  ряду чисел, геометрических фигур, объектов повседневной жизни: её  объяснение с использованием математической терминологии</w:t>
            </w:r>
          </w:p>
        </w:tc>
        <w:tc>
          <w:tcPr>
            <w:tcW w:w="1076" w:type="dxa"/>
            <w:shd w:val="clear" w:color="auto" w:fill="auto"/>
          </w:tcPr>
          <w:p w14:paraId="5F9A1AE4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360690A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2D7048A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08A8032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37</w:t>
            </w:r>
          </w:p>
        </w:tc>
        <w:tc>
          <w:tcPr>
            <w:tcW w:w="5136" w:type="dxa"/>
            <w:shd w:val="clear" w:color="auto" w:fill="auto"/>
          </w:tcPr>
          <w:p w14:paraId="3C64DB4D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Верные (истинные) и  неверные (ложные) утверждения, содержащие количественные, пространственные отношения, зависимости между числами/величинами.</w:t>
            </w:r>
          </w:p>
        </w:tc>
        <w:tc>
          <w:tcPr>
            <w:tcW w:w="1076" w:type="dxa"/>
            <w:shd w:val="clear" w:color="auto" w:fill="auto"/>
          </w:tcPr>
          <w:p w14:paraId="043DEA59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565415D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A54445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3DD612C0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38</w:t>
            </w:r>
          </w:p>
        </w:tc>
        <w:tc>
          <w:tcPr>
            <w:tcW w:w="5136" w:type="dxa"/>
            <w:shd w:val="clear" w:color="auto" w:fill="auto"/>
          </w:tcPr>
          <w:p w14:paraId="589A29E3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Конструирование утверждений с использованием слов «каждый», «все».</w:t>
            </w:r>
          </w:p>
        </w:tc>
        <w:tc>
          <w:tcPr>
            <w:tcW w:w="1076" w:type="dxa"/>
            <w:shd w:val="clear" w:color="auto" w:fill="auto"/>
          </w:tcPr>
          <w:p w14:paraId="2D45D703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6B5656FE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A08EB94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3DCF6174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39</w:t>
            </w:r>
          </w:p>
        </w:tc>
        <w:tc>
          <w:tcPr>
            <w:tcW w:w="5136" w:type="dxa"/>
            <w:shd w:val="clear" w:color="auto" w:fill="auto"/>
          </w:tcPr>
          <w:p w14:paraId="57DA656C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Работа с таблицами: извлечение и использование для  ответа на вопрос информации, представленной в таблице (таблицы сложения, умножения; график дежурств, наблюдения в природе и пр.); внесение данных в таблицу.</w:t>
            </w:r>
          </w:p>
        </w:tc>
        <w:tc>
          <w:tcPr>
            <w:tcW w:w="1076" w:type="dxa"/>
            <w:shd w:val="clear" w:color="auto" w:fill="auto"/>
          </w:tcPr>
          <w:p w14:paraId="7071C89B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5829E37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211590C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23427D4F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40</w:t>
            </w:r>
          </w:p>
        </w:tc>
        <w:tc>
          <w:tcPr>
            <w:tcW w:w="5136" w:type="dxa"/>
            <w:shd w:val="clear" w:color="auto" w:fill="auto"/>
          </w:tcPr>
          <w:p w14:paraId="48CE12CB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Дополнение моделей (схем, изображений) готовыми числовыми данными.</w:t>
            </w:r>
          </w:p>
        </w:tc>
        <w:tc>
          <w:tcPr>
            <w:tcW w:w="1076" w:type="dxa"/>
            <w:shd w:val="clear" w:color="auto" w:fill="auto"/>
          </w:tcPr>
          <w:p w14:paraId="24B3E072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23B6421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3867A69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0E91F728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41</w:t>
            </w:r>
          </w:p>
        </w:tc>
        <w:tc>
          <w:tcPr>
            <w:tcW w:w="5136" w:type="dxa"/>
            <w:shd w:val="clear" w:color="auto" w:fill="auto"/>
          </w:tcPr>
          <w:p w14:paraId="10C36C30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Правило составления ряда чисел, величин, геометрических фигур (формулирование правила, проверка правила, дополнение ряда).</w:t>
            </w:r>
          </w:p>
        </w:tc>
        <w:tc>
          <w:tcPr>
            <w:tcW w:w="1076" w:type="dxa"/>
            <w:shd w:val="clear" w:color="auto" w:fill="auto"/>
          </w:tcPr>
          <w:p w14:paraId="341A18D2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683710A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2E68CCB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7912DA45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42</w:t>
            </w:r>
          </w:p>
        </w:tc>
        <w:tc>
          <w:tcPr>
            <w:tcW w:w="5136" w:type="dxa"/>
            <w:shd w:val="clear" w:color="auto" w:fill="auto"/>
          </w:tcPr>
          <w:p w14:paraId="634C77E2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Алгоритмы (приёмы, правила) устных и письменных вычислений, измерений и построения геометрических фигур.</w:t>
            </w:r>
          </w:p>
        </w:tc>
        <w:tc>
          <w:tcPr>
            <w:tcW w:w="1076" w:type="dxa"/>
            <w:shd w:val="clear" w:color="auto" w:fill="auto"/>
          </w:tcPr>
          <w:p w14:paraId="07A00BD2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9" w:type="dxa"/>
            <w:shd w:val="clear" w:color="auto" w:fill="auto"/>
          </w:tcPr>
          <w:p w14:paraId="21F22E4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FDBBCA5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41B445A0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43</w:t>
            </w:r>
          </w:p>
        </w:tc>
        <w:tc>
          <w:tcPr>
            <w:tcW w:w="5136" w:type="dxa"/>
            <w:shd w:val="clear" w:color="auto" w:fill="auto"/>
          </w:tcPr>
          <w:p w14:paraId="3BDFEAF5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Правила работы с электронными средствами обучения</w:t>
            </w:r>
          </w:p>
        </w:tc>
        <w:tc>
          <w:tcPr>
            <w:tcW w:w="1076" w:type="dxa"/>
            <w:shd w:val="clear" w:color="auto" w:fill="auto"/>
          </w:tcPr>
          <w:p w14:paraId="18459F0F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41F3C51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B7DCF5E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6BE0EADE" w14:textId="77777777" w:rsidR="00051DC3" w:rsidRPr="00051DC3" w:rsidRDefault="00051DC3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44</w:t>
            </w:r>
          </w:p>
        </w:tc>
        <w:tc>
          <w:tcPr>
            <w:tcW w:w="5136" w:type="dxa"/>
            <w:shd w:val="clear" w:color="auto" w:fill="auto"/>
          </w:tcPr>
          <w:p w14:paraId="2E9F3A30" w14:textId="77777777" w:rsidR="00051DC3" w:rsidRPr="00051DC3" w:rsidRDefault="00051DC3" w:rsidP="00BA326E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076" w:type="dxa"/>
            <w:shd w:val="clear" w:color="auto" w:fill="auto"/>
          </w:tcPr>
          <w:p w14:paraId="2D8820E0" w14:textId="77777777" w:rsidR="00051DC3" w:rsidRPr="00051DC3" w:rsidRDefault="00051DC3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979" w:type="dxa"/>
            <w:shd w:val="clear" w:color="auto" w:fill="auto"/>
          </w:tcPr>
          <w:p w14:paraId="5A61F84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E66CD6" w:rsidRPr="00051DC3" w14:paraId="2C93E99E" w14:textId="77777777" w:rsidTr="00BA326E">
        <w:trPr>
          <w:trHeight w:val="379"/>
        </w:trPr>
        <w:tc>
          <w:tcPr>
            <w:tcW w:w="642" w:type="dxa"/>
            <w:shd w:val="clear" w:color="auto" w:fill="auto"/>
          </w:tcPr>
          <w:p w14:paraId="24894FB9" w14:textId="77777777" w:rsidR="00E66CD6" w:rsidRPr="00051DC3" w:rsidRDefault="00E66CD6" w:rsidP="00BA326E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5136" w:type="dxa"/>
            <w:shd w:val="clear" w:color="auto" w:fill="auto"/>
          </w:tcPr>
          <w:p w14:paraId="42C42860" w14:textId="77777777" w:rsidR="00E66CD6" w:rsidRPr="00051DC3" w:rsidRDefault="00E66CD6" w:rsidP="00BA326E">
            <w:pPr>
              <w:spacing w:after="0" w:line="240" w:lineRule="auto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6" w:type="dxa"/>
            <w:shd w:val="clear" w:color="auto" w:fill="auto"/>
          </w:tcPr>
          <w:p w14:paraId="7A4DBF3E" w14:textId="77777777" w:rsidR="00E66CD6" w:rsidRPr="00051DC3" w:rsidRDefault="00E66CD6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136</w:t>
            </w:r>
          </w:p>
        </w:tc>
        <w:tc>
          <w:tcPr>
            <w:tcW w:w="2979" w:type="dxa"/>
            <w:shd w:val="clear" w:color="auto" w:fill="auto"/>
          </w:tcPr>
          <w:p w14:paraId="13AE9B99" w14:textId="77777777" w:rsidR="00E66CD6" w:rsidRPr="00051DC3" w:rsidRDefault="00E66CD6" w:rsidP="00BA326E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41760C3E" w14:textId="77777777" w:rsidR="005E16B2" w:rsidRPr="00051DC3" w:rsidRDefault="005E16B2" w:rsidP="00BA326E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  <w:lang w:val="ru-RU"/>
        </w:rPr>
        <w:sectPr w:rsidR="005E16B2" w:rsidRPr="00051DC3" w:rsidSect="00924818">
          <w:pgSz w:w="11900" w:h="16840"/>
          <w:pgMar w:top="640" w:right="316" w:bottom="666" w:left="282" w:header="720" w:footer="720" w:gutter="0"/>
          <w:cols w:space="720" w:equalWidth="0">
            <w:col w:w="15858" w:space="0"/>
          </w:cols>
          <w:docGrid w:linePitch="360"/>
        </w:sectPr>
      </w:pPr>
    </w:p>
    <w:p w14:paraId="68C0890D" w14:textId="77777777" w:rsidR="00E66CD6" w:rsidRPr="00051DC3" w:rsidRDefault="00E66CD6" w:rsidP="00E66CD6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lastRenderedPageBreak/>
        <w:t xml:space="preserve">                                                                                     3</w:t>
      </w:r>
      <w:r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>класс</w:t>
      </w:r>
      <w:proofErr w:type="spellEnd"/>
    </w:p>
    <w:p w14:paraId="3D56B275" w14:textId="77777777" w:rsidR="00E66CD6" w:rsidRPr="00051DC3" w:rsidRDefault="00E66CD6" w:rsidP="00E66CD6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</w:p>
    <w:tbl>
      <w:tblPr>
        <w:tblW w:w="0" w:type="auto"/>
        <w:tblInd w:w="7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2"/>
        <w:gridCol w:w="5115"/>
        <w:gridCol w:w="21"/>
        <w:gridCol w:w="1076"/>
        <w:gridCol w:w="2981"/>
      </w:tblGrid>
      <w:tr w:rsidR="00E66CD6" w:rsidRPr="00051DC3" w14:paraId="60A6131D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4208FA36" w14:textId="77777777" w:rsidR="00E66CD6" w:rsidRPr="00051DC3" w:rsidRDefault="00E66CD6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6D73BCEF" w14:textId="77777777" w:rsidR="00E66CD6" w:rsidRPr="00051DC3" w:rsidRDefault="00E66CD6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1076" w:type="dxa"/>
            <w:shd w:val="clear" w:color="auto" w:fill="auto"/>
          </w:tcPr>
          <w:p w14:paraId="0C241C6E" w14:textId="77777777" w:rsidR="00E66CD6" w:rsidRPr="00051DC3" w:rsidRDefault="00E66CD6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Кол-во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81" w:type="dxa"/>
            <w:shd w:val="clear" w:color="auto" w:fill="auto"/>
          </w:tcPr>
          <w:p w14:paraId="60636853" w14:textId="77777777" w:rsidR="00E66CD6" w:rsidRPr="00051DC3" w:rsidRDefault="00E66CD6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Электронные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(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цифровые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)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E66CD6" w:rsidRPr="00051DC3" w14:paraId="2C2367AA" w14:textId="77777777" w:rsidTr="00031E9B">
        <w:trPr>
          <w:trHeight w:val="379"/>
        </w:trPr>
        <w:tc>
          <w:tcPr>
            <w:tcW w:w="9835" w:type="dxa"/>
            <w:gridSpan w:val="5"/>
            <w:shd w:val="clear" w:color="auto" w:fill="auto"/>
          </w:tcPr>
          <w:p w14:paraId="5E382D01" w14:textId="77777777" w:rsidR="00E66CD6" w:rsidRPr="00051DC3" w:rsidRDefault="00E66CD6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1.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Числа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- 10 ч.</w:t>
            </w:r>
          </w:p>
        </w:tc>
      </w:tr>
      <w:tr w:rsidR="00051DC3" w:rsidRPr="001475A6" w14:paraId="1A082B17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54CB89A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4B52CF99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Числа в пределах 1000: чтение, запись, сравнение, представление в виде суммы разрядных слагаемых.</w:t>
            </w:r>
          </w:p>
        </w:tc>
        <w:tc>
          <w:tcPr>
            <w:tcW w:w="1076" w:type="dxa"/>
            <w:shd w:val="clear" w:color="auto" w:fill="auto"/>
          </w:tcPr>
          <w:p w14:paraId="42F310C0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01D66C5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9E9859A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4669DC23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662EFFD5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Равенства и неравенства: чтение, составление, установление истинности (верное/неверное).</w:t>
            </w:r>
          </w:p>
        </w:tc>
        <w:tc>
          <w:tcPr>
            <w:tcW w:w="1076" w:type="dxa"/>
            <w:shd w:val="clear" w:color="auto" w:fill="auto"/>
          </w:tcPr>
          <w:p w14:paraId="34197568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4FB9E74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43C4E5C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EB7286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5394FD5C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Увеличение/уменьшение числа в несколько раз.</w:t>
            </w:r>
          </w:p>
        </w:tc>
        <w:tc>
          <w:tcPr>
            <w:tcW w:w="1076" w:type="dxa"/>
            <w:shd w:val="clear" w:color="auto" w:fill="auto"/>
          </w:tcPr>
          <w:p w14:paraId="15C8907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4A5AB0C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E9FEF69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896DC43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7E8CE30F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Кратное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сравнение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чисел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7DEFA5CA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6DB8339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6E150FF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8B07AF7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556A3E2E" w14:textId="77777777" w:rsidR="00051DC3" w:rsidRPr="00051DC3" w:rsidRDefault="00051DC3" w:rsidP="00E66CD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Свойства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чисел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67E04C7E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22E3593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31E9B" w:rsidRPr="00051DC3" w14:paraId="1980ABA0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0CECEFDA" w14:textId="77777777" w:rsidR="00031E9B" w:rsidRPr="00051DC3" w:rsidRDefault="00031E9B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4"/>
            <w:shd w:val="clear" w:color="auto" w:fill="auto"/>
          </w:tcPr>
          <w:p w14:paraId="78BA2DEC" w14:textId="77777777" w:rsidR="00031E9B" w:rsidRPr="00051DC3" w:rsidRDefault="00031E9B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2.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Величины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– 10 ч.</w:t>
            </w:r>
          </w:p>
        </w:tc>
      </w:tr>
      <w:tr w:rsidR="00051DC3" w:rsidRPr="001475A6" w14:paraId="6F38EE40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844DA62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047AE9D3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Масса (единица массы — грамм); соотношение между килограммом и  граммом; отношение «тяжелее/легче на/в».</w:t>
            </w:r>
          </w:p>
        </w:tc>
        <w:tc>
          <w:tcPr>
            <w:tcW w:w="1076" w:type="dxa"/>
            <w:shd w:val="clear" w:color="auto" w:fill="auto"/>
          </w:tcPr>
          <w:p w14:paraId="7A68FFD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292AEFA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B158D74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618EE8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7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3582C260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Стоимость (единицы — рубль, копейка); установление отношения «дороже/дешевле на/в».</w:t>
            </w:r>
          </w:p>
        </w:tc>
        <w:tc>
          <w:tcPr>
            <w:tcW w:w="1076" w:type="dxa"/>
            <w:shd w:val="clear" w:color="auto" w:fill="auto"/>
          </w:tcPr>
          <w:p w14:paraId="7467ABE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483B6EC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8964E31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4E067B7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5FF7C9BF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Соотношение «цена, количество, стоимость» в  практической ситуации.</w:t>
            </w:r>
          </w:p>
        </w:tc>
        <w:tc>
          <w:tcPr>
            <w:tcW w:w="1076" w:type="dxa"/>
            <w:shd w:val="clear" w:color="auto" w:fill="auto"/>
          </w:tcPr>
          <w:p w14:paraId="40037E60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shd w:val="clear" w:color="auto" w:fill="auto"/>
          </w:tcPr>
          <w:p w14:paraId="6114087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B4CC803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1942A32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9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2C7960CA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1008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Время (единица времени  — секунда); установление отношения «быстрее/ медленнее на/в».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Соотношение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«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начало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окончание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продолжительность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события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» в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практической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ситуации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4782EE83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shd w:val="clear" w:color="auto" w:fill="auto"/>
          </w:tcPr>
          <w:p w14:paraId="0504FC3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F4A123A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3BA1E27F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10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4C7AFFF2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Длина (единица длины  — миллиметр, километр); соотношение между величинами в  пределах тысячи.</w:t>
            </w:r>
          </w:p>
        </w:tc>
        <w:tc>
          <w:tcPr>
            <w:tcW w:w="1076" w:type="dxa"/>
            <w:shd w:val="clear" w:color="auto" w:fill="auto"/>
          </w:tcPr>
          <w:p w14:paraId="25B9D0A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shd w:val="clear" w:color="auto" w:fill="auto"/>
          </w:tcPr>
          <w:p w14:paraId="6485E25E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723BFF0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57AA325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11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375AAD7E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Площадь (единицы площади  — квадратный метр, квадратный сантиметр, квадратный дециметр).</w:t>
            </w:r>
          </w:p>
        </w:tc>
        <w:tc>
          <w:tcPr>
            <w:tcW w:w="1076" w:type="dxa"/>
            <w:shd w:val="clear" w:color="auto" w:fill="auto"/>
          </w:tcPr>
          <w:p w14:paraId="2CBE8BD9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shd w:val="clear" w:color="auto" w:fill="auto"/>
          </w:tcPr>
          <w:p w14:paraId="2507CBD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7519D10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18722F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12</w:t>
            </w:r>
          </w:p>
        </w:tc>
        <w:tc>
          <w:tcPr>
            <w:tcW w:w="5136" w:type="dxa"/>
            <w:gridSpan w:val="2"/>
            <w:shd w:val="clear" w:color="auto" w:fill="auto"/>
          </w:tcPr>
          <w:p w14:paraId="68545FB3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Расчёт времени. Соотношение «начало, окончание, продолжительность события» в практической ситуации.</w:t>
            </w:r>
          </w:p>
        </w:tc>
        <w:tc>
          <w:tcPr>
            <w:tcW w:w="1076" w:type="dxa"/>
            <w:shd w:val="clear" w:color="auto" w:fill="auto"/>
          </w:tcPr>
          <w:p w14:paraId="07E8427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shd w:val="clear" w:color="auto" w:fill="auto"/>
          </w:tcPr>
          <w:p w14:paraId="744A093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191F8EA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1034D4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13</w:t>
            </w:r>
          </w:p>
        </w:tc>
        <w:tc>
          <w:tcPr>
            <w:tcW w:w="513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6B93853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Соотношение «больше/ меньше на/в» в ситуации сравнения предметов и  объектов на основе измерения величин.</w:t>
            </w:r>
          </w:p>
        </w:tc>
        <w:tc>
          <w:tcPr>
            <w:tcW w:w="10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B28838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1E208B7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31E9B" w:rsidRPr="00051DC3" w14:paraId="62EC8D56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38070FCF" w14:textId="77777777" w:rsidR="00031E9B" w:rsidRPr="00051DC3" w:rsidRDefault="00031E9B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4"/>
            <w:shd w:val="clear" w:color="auto" w:fill="auto"/>
          </w:tcPr>
          <w:p w14:paraId="01F65A22" w14:textId="77777777" w:rsidR="00031E9B" w:rsidRPr="00051DC3" w:rsidRDefault="00031E9B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3.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Арифметические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действия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- 48</w:t>
            </w:r>
            <w:r w:rsidR="007F160E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ч.</w:t>
            </w:r>
          </w:p>
        </w:tc>
      </w:tr>
      <w:tr w:rsidR="00051DC3" w:rsidRPr="001475A6" w14:paraId="78006A26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27F704E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14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4A8492B2" w14:textId="77777777" w:rsidR="00051DC3" w:rsidRPr="00051DC3" w:rsidRDefault="00051DC3" w:rsidP="00031E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Устные вычисления, сводимые к действиям в  пределах 100 (табличное и 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внетабличное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умножение, деление, действия с  круглыми числами).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AFCA302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2906769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 xml:space="preserve">Электронное приложение к </w:t>
            </w: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учебнику "Математика"</w:t>
            </w:r>
          </w:p>
        </w:tc>
      </w:tr>
      <w:tr w:rsidR="00051DC3" w:rsidRPr="001475A6" w14:paraId="1A2BFF33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42F5383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5479FB3B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Письменное сложение, вычитание чисел в пределах 1000.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Действия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с 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числами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0 и 1.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6A7E63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5236C4E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6C18A13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24EA0CFD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16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420107FF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Взаимосвязь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умножения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деления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C9CA36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0361B4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2412E44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19DACA7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17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9968069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Письменное умножение в  столбик, письменное деление уголком.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DC93109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7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4A6AE78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AC394C0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1998A2B9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18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0FA759A5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Письменное умножение, деление на однозначное число в пределах 1000.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226CF88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45F45DE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5545ABA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4C2E732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19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2D054EA1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Проверка результата вычисления (прикидка или оценка результата, обратное действие, применение алгоритма, использование калькулятора).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FA642B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8594FB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639C04B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5029685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20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5F94921E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Переместительное, сочетательное свойства сложения, умножения при вычислениях.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1B671C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2F388457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92D5F74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1092CA0D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21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6A5E0F2A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Работа с текстовой задачей: анализ данных и отношений, представление на модели, планирование хода решения задач, решение арифметическим способом.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578B22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72581BB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1344712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1CB3C2B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22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37422E64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Задачи на  понимание смысла арифметических действий (в том числе деления с остатком), отношений (больше/меньше на/в), зависимостей (купля-продажа, расчёт времени, количества), на  сравнение (разностное, кратное).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0FA7D7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24ACB8A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9AE4036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1D97343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23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4CBA62A1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Запись решения задачи по действиям и с  помощью числового выражения.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Проверка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решения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оценка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полученного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результата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566915F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AE3A14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1D860E9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CE22C5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24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3BCCAFF8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Доля величины: половина, четверть в  практической ситуации; сравнение долей одной величины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687A253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0C6B0CD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8E2F8C2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50A851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25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5FA090E8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Работа с текстовой задачей: анализ данных и отношений, представление на модели, планирование хода решения задач, решение арифметическим способом.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DE4050D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1FA2855D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1A44342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66DF840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26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3D99DEB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Задачи на  понимание смысла арифметических действий (в том числе деления с остатком), отношений (больше/меньше на/в), зависимостей (купля-продажа, расчёт времени, количества), на  сравнение (разностное, кратное).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E8C2525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17A087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7F160E" w:rsidRPr="00051DC3" w14:paraId="434330E9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35B4F605" w14:textId="77777777" w:rsidR="007F160E" w:rsidRPr="00051DC3" w:rsidRDefault="007F160E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4"/>
            <w:shd w:val="clear" w:color="auto" w:fill="auto"/>
          </w:tcPr>
          <w:p w14:paraId="7A4EFCBF" w14:textId="77777777" w:rsidR="007F160E" w:rsidRPr="00051DC3" w:rsidRDefault="007F160E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4.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Текстовые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задачи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-23 ч.</w:t>
            </w:r>
          </w:p>
        </w:tc>
      </w:tr>
      <w:tr w:rsidR="00051DC3" w:rsidRPr="001475A6" w14:paraId="0FCE70E5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03B82880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27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4AF65F69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Работа с текстовой задачей: анализ данных и отношений, представление на модели, планирование хода решения </w:t>
            </w: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задач, решение арифметическим способом.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8B71FBA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5449019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D74330D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DCDCAC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28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5AE8CFA4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Задачи на  понимание смысла арифметических действий (в том числе деления с остатком), отношений (больше/меньше на/в), зависимостей (купля-продажа, расчёт времени, количества), на  сравнение (разностное, кратное).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072ABF5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3A3BA6A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2C66158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0DD734E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29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1415E1E2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Запись решения задачи по действиям и с  помощью числового выражения.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Проверка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решения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оценка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полученного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результата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6874BA8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2F6E3A7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2E8D36A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F912C9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30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F683222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Доля величины: половина, четверть в  практической ситуации; сравнение долей одной величины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B5832A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7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19CAEC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7F160E" w:rsidRPr="001475A6" w14:paraId="1B6749AC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49037747" w14:textId="77777777" w:rsidR="007F160E" w:rsidRPr="00051DC3" w:rsidRDefault="007F160E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4"/>
            <w:shd w:val="clear" w:color="auto" w:fill="auto"/>
          </w:tcPr>
          <w:p w14:paraId="2503BC9B" w14:textId="77777777" w:rsidR="007F160E" w:rsidRPr="00051DC3" w:rsidRDefault="007F160E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Раздел 5. Пространственные отношения и  геометрические фигуры – 20 ч</w:t>
            </w:r>
          </w:p>
        </w:tc>
      </w:tr>
      <w:tr w:rsidR="00051DC3" w:rsidRPr="001475A6" w14:paraId="4EA97840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4820A4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31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6BD10182" w14:textId="77777777" w:rsidR="00051DC3" w:rsidRPr="00051DC3" w:rsidRDefault="00051DC3" w:rsidP="007F16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Конструирование геометрических фигур (разбиение фигуры на части, составление фигуры из  частей).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C33CF83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7AACB50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7F32D52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56771DC5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32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32BDE556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Периметр многоугольника: измерение, вычисление, запись равенства.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A13D4C2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25D5D90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0D8E01F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71E6579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33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1427C620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Измерение площади, запись результата измерения в квадратных сантиметрах.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4E8741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74B9A41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02F5AC6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B1AD01D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34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EAED3FB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Вычисление площади прямоугольника (квадрата) с заданными сторонами, запись равенства.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407304F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72D4FE5E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062CE0C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3BA5D3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35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F9791A6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Изображение на клетчатой бумаге прямоугольника с заданным значением площади.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Сравнение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площадей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фигур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с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помощью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наложения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4BB78C0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571449D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7F160E" w:rsidRPr="00051DC3" w14:paraId="152D0837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29877AA0" w14:textId="77777777" w:rsidR="007F160E" w:rsidRPr="00051DC3" w:rsidRDefault="007F160E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4"/>
            <w:shd w:val="clear" w:color="auto" w:fill="auto"/>
          </w:tcPr>
          <w:p w14:paraId="4D7824EA" w14:textId="77777777" w:rsidR="007F160E" w:rsidRPr="00051DC3" w:rsidRDefault="007F160E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6. </w:t>
            </w: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Математическая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информация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– 15 ч</w:t>
            </w:r>
          </w:p>
        </w:tc>
      </w:tr>
      <w:tr w:rsidR="00051DC3" w:rsidRPr="001475A6" w14:paraId="0A24BEFD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BA0EC5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36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67978E95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Классификация объектов по двум признакам.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C45E75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0C895B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C099C74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3EBFAF2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37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5AAF2A55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Верные (истинные) и  неверные (ложные) утверждения: конструирование, проверка.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Логические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рассуждения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связками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«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если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…,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…»,«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поэтому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», «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значит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».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CF7DD7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1BF6F45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64D9ADC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47C3F3F8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38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4373453D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Работа с информацией: извлечение и использование для выполнения заданий информации, представленной в таблицах с данными о реальных процессах и явлениях окружающего мира (например, расписание уроков, движения автобусов, поездов); внесение данных в таблицу; дополнение чертежа данными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8340E53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401665D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3495419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5A3AB4C6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39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1935FB61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Таблицы сложения и умножения: заполнение на  основе результатов счёта.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6F97DD9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C5DBDD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A95CB2D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0F2C1F52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40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2ABA5745" w14:textId="77777777" w:rsidR="00051DC3" w:rsidRPr="00051DC3" w:rsidRDefault="00051DC3">
            <w:pPr>
              <w:autoSpaceDE w:val="0"/>
              <w:autoSpaceDN w:val="0"/>
              <w:spacing w:before="74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Формализованное описание последовательности действий (инструкция, план, схема, алгоритм).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9B2BAAC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68B032B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CBB6CE3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6FA0687E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41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7D5A03B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Алгоритмы (правила) устных и письменных вычислений (сложение, вычитание, умножение, деление), порядка действий в числовом выражении, нахождения периметра и площади, построения геометрических фигур.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970FE61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5EDBAE5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7BA35E1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2D4D05ED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42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EE9172E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Столбчатая диаграмма: чтение, использование данных для решения учебных и практических задач.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F2B47DB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4A70780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FC7FB9B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1DB1EA8F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43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4D80200D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Верные (истинные) и  неверные (ложные) утверждения: конструирование, проверка.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Логические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рассуждения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связками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«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если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…,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…»,«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поэтому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», «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значит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».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75A8417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768A395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BB67672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260C3A28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44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3E1FE9FF" w14:textId="77777777" w:rsidR="00051DC3" w:rsidRPr="00051DC3" w:rsidRDefault="00051DC3" w:rsidP="007F16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Алгоритмы изучения материала, выполнения заданий на доступных электронных средствах обучения.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960B0D4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3D6CA303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E5A3F12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71EAAA69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45</w:t>
            </w: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5298646C" w14:textId="77777777" w:rsidR="00051DC3" w:rsidRPr="00051DC3" w:rsidRDefault="00051DC3" w:rsidP="00147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B515AD3" w14:textId="77777777" w:rsidR="00051DC3" w:rsidRPr="00051DC3" w:rsidRDefault="00051DC3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10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3B16377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1473E8" w:rsidRPr="00051DC3" w14:paraId="1BFF6946" w14:textId="77777777" w:rsidTr="00031E9B">
        <w:trPr>
          <w:trHeight w:val="379"/>
        </w:trPr>
        <w:tc>
          <w:tcPr>
            <w:tcW w:w="642" w:type="dxa"/>
            <w:shd w:val="clear" w:color="auto" w:fill="auto"/>
          </w:tcPr>
          <w:p w14:paraId="47327EE3" w14:textId="77777777" w:rsidR="001473E8" w:rsidRPr="00051DC3" w:rsidRDefault="001473E8" w:rsidP="00E66CD6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5115" w:type="dxa"/>
            <w:tcBorders>
              <w:right w:val="single" w:sz="4" w:space="0" w:color="auto"/>
            </w:tcBorders>
            <w:shd w:val="clear" w:color="auto" w:fill="auto"/>
          </w:tcPr>
          <w:p w14:paraId="773AB323" w14:textId="77777777" w:rsidR="001473E8" w:rsidRPr="00051DC3" w:rsidRDefault="001473E8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9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1F73C67" w14:textId="77777777" w:rsidR="001473E8" w:rsidRPr="00051DC3" w:rsidRDefault="001473E8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136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auto"/>
          </w:tcPr>
          <w:p w14:paraId="24D50A78" w14:textId="77777777" w:rsidR="001473E8" w:rsidRPr="00051DC3" w:rsidRDefault="001473E8" w:rsidP="00E6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</w:p>
        </w:tc>
      </w:tr>
    </w:tbl>
    <w:p w14:paraId="30766771" w14:textId="77777777" w:rsidR="001473E8" w:rsidRPr="00051DC3" w:rsidRDefault="001473E8" w:rsidP="001473E8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 xml:space="preserve">                                                                                     </w:t>
      </w:r>
    </w:p>
    <w:p w14:paraId="496B18B1" w14:textId="77777777" w:rsidR="001473E8" w:rsidRPr="00051DC3" w:rsidRDefault="001473E8" w:rsidP="001473E8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  <w:r w:rsidRPr="00051DC3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 xml:space="preserve">                                                                          4 </w:t>
      </w:r>
      <w:proofErr w:type="spellStart"/>
      <w:r w:rsidRPr="00051DC3">
        <w:rPr>
          <w:rFonts w:ascii="Times New Roman" w:hAnsi="Times New Roman" w:cs="Times New Roman"/>
          <w:b/>
          <w:bCs/>
          <w:iCs/>
          <w:sz w:val="24"/>
          <w:szCs w:val="24"/>
        </w:rPr>
        <w:t>класс</w:t>
      </w:r>
      <w:proofErr w:type="spellEnd"/>
    </w:p>
    <w:p w14:paraId="2C9F1272" w14:textId="77777777" w:rsidR="001473E8" w:rsidRPr="00051DC3" w:rsidRDefault="001473E8" w:rsidP="001473E8">
      <w:pPr>
        <w:spacing w:after="0" w:line="240" w:lineRule="auto"/>
        <w:ind w:firstLine="283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2"/>
        <w:gridCol w:w="5136"/>
        <w:gridCol w:w="1076"/>
        <w:gridCol w:w="2981"/>
      </w:tblGrid>
      <w:tr w:rsidR="001473E8" w:rsidRPr="00051DC3" w14:paraId="7EC24B55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D937894" w14:textId="77777777" w:rsidR="001473E8" w:rsidRPr="00051DC3" w:rsidRDefault="001473E8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136" w:type="dxa"/>
            <w:shd w:val="clear" w:color="auto" w:fill="auto"/>
          </w:tcPr>
          <w:p w14:paraId="4D85A573" w14:textId="77777777" w:rsidR="001473E8" w:rsidRPr="00051DC3" w:rsidRDefault="001473E8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1076" w:type="dxa"/>
            <w:shd w:val="clear" w:color="auto" w:fill="auto"/>
          </w:tcPr>
          <w:p w14:paraId="1B2904F8" w14:textId="77777777" w:rsidR="001473E8" w:rsidRPr="00051DC3" w:rsidRDefault="001473E8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Кол-во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81" w:type="dxa"/>
            <w:shd w:val="clear" w:color="auto" w:fill="auto"/>
          </w:tcPr>
          <w:p w14:paraId="0FB06FEB" w14:textId="77777777" w:rsidR="001473E8" w:rsidRPr="00051DC3" w:rsidRDefault="001473E8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Электронные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(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цифровые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) </w:t>
            </w:r>
            <w:r w:rsidRPr="00051D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1473E8" w:rsidRPr="00051DC3" w14:paraId="2F69C5B9" w14:textId="77777777" w:rsidTr="00E77EB0">
        <w:trPr>
          <w:trHeight w:val="379"/>
        </w:trPr>
        <w:tc>
          <w:tcPr>
            <w:tcW w:w="9835" w:type="dxa"/>
            <w:gridSpan w:val="4"/>
            <w:shd w:val="clear" w:color="auto" w:fill="auto"/>
          </w:tcPr>
          <w:p w14:paraId="7ED0E839" w14:textId="77777777" w:rsidR="001473E8" w:rsidRPr="00051DC3" w:rsidRDefault="001473E8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1.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Числа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- 1</w:t>
            </w:r>
            <w:r w:rsidR="005A4340"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1</w:t>
            </w: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ч.</w:t>
            </w:r>
          </w:p>
        </w:tc>
      </w:tr>
      <w:tr w:rsidR="00051DC3" w:rsidRPr="001475A6" w14:paraId="3CE82A8C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7D31D2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5136" w:type="dxa"/>
            <w:shd w:val="clear" w:color="auto" w:fill="auto"/>
          </w:tcPr>
          <w:p w14:paraId="49123DEE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Числа в пределах миллиона: чтение, запись, поразрядное сравнение, упорядочение.</w:t>
            </w:r>
          </w:p>
        </w:tc>
        <w:tc>
          <w:tcPr>
            <w:tcW w:w="1076" w:type="dxa"/>
            <w:shd w:val="clear" w:color="auto" w:fill="auto"/>
          </w:tcPr>
          <w:p w14:paraId="5BDEA85A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07ED7D2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C2492CC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31B518B9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5136" w:type="dxa"/>
            <w:shd w:val="clear" w:color="auto" w:fill="auto"/>
          </w:tcPr>
          <w:p w14:paraId="0B823F36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Число, большее или меньшее данного числа на  заданное число разрядных единиц, в заданное число раз.</w:t>
            </w:r>
          </w:p>
        </w:tc>
        <w:tc>
          <w:tcPr>
            <w:tcW w:w="1076" w:type="dxa"/>
            <w:shd w:val="clear" w:color="auto" w:fill="auto"/>
          </w:tcPr>
          <w:p w14:paraId="1EBFB17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2981" w:type="dxa"/>
            <w:shd w:val="clear" w:color="auto" w:fill="auto"/>
          </w:tcPr>
          <w:p w14:paraId="3B07FA9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C2442EB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2207B31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5136" w:type="dxa"/>
            <w:shd w:val="clear" w:color="auto" w:fill="auto"/>
          </w:tcPr>
          <w:p w14:paraId="1322F3E6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Свойства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многозначного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числа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3EF38403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1F1C4F8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ECB1D9B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3627E66C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5136" w:type="dxa"/>
            <w:shd w:val="clear" w:color="auto" w:fill="auto"/>
          </w:tcPr>
          <w:p w14:paraId="33BF87CA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Дополнение числа до  заданного круглого числа.</w:t>
            </w:r>
          </w:p>
        </w:tc>
        <w:tc>
          <w:tcPr>
            <w:tcW w:w="1076" w:type="dxa"/>
            <w:shd w:val="clear" w:color="auto" w:fill="auto"/>
          </w:tcPr>
          <w:p w14:paraId="55C91FF5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shd w:val="clear" w:color="auto" w:fill="auto"/>
          </w:tcPr>
          <w:p w14:paraId="1FDBD019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5A4340" w:rsidRPr="00051DC3" w14:paraId="7C48A2A6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13BAAEF" w14:textId="77777777" w:rsidR="005A4340" w:rsidRPr="00051DC3" w:rsidRDefault="005A434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6212" w:type="dxa"/>
            <w:gridSpan w:val="2"/>
            <w:shd w:val="clear" w:color="auto" w:fill="auto"/>
          </w:tcPr>
          <w:p w14:paraId="491974AE" w14:textId="77777777" w:rsidR="005A4340" w:rsidRPr="00051DC3" w:rsidRDefault="005A434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                                         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2.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Величины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-12 ч.</w:t>
            </w:r>
          </w:p>
        </w:tc>
        <w:tc>
          <w:tcPr>
            <w:tcW w:w="2981" w:type="dxa"/>
            <w:shd w:val="clear" w:color="auto" w:fill="auto"/>
          </w:tcPr>
          <w:p w14:paraId="709E1997" w14:textId="77777777" w:rsidR="005A4340" w:rsidRPr="00051DC3" w:rsidRDefault="005A434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</w:p>
        </w:tc>
      </w:tr>
      <w:tr w:rsidR="00051DC3" w:rsidRPr="001475A6" w14:paraId="23682467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994B09F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5136" w:type="dxa"/>
            <w:shd w:val="clear" w:color="auto" w:fill="auto"/>
          </w:tcPr>
          <w:p w14:paraId="2848700C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Величины: сравнение объектов по массе, длине, площади, вместимости.</w:t>
            </w:r>
          </w:p>
        </w:tc>
        <w:tc>
          <w:tcPr>
            <w:tcW w:w="1076" w:type="dxa"/>
            <w:shd w:val="clear" w:color="auto" w:fill="auto"/>
          </w:tcPr>
          <w:p w14:paraId="7DFF3D3E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43DD7F4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344B9FE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D494EF1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5136" w:type="dxa"/>
            <w:shd w:val="clear" w:color="auto" w:fill="auto"/>
          </w:tcPr>
          <w:p w14:paraId="3066775A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Единицы массы — центнер, тонна; соотношения между единицами массы.</w:t>
            </w:r>
          </w:p>
        </w:tc>
        <w:tc>
          <w:tcPr>
            <w:tcW w:w="1076" w:type="dxa"/>
            <w:shd w:val="clear" w:color="auto" w:fill="auto"/>
          </w:tcPr>
          <w:p w14:paraId="65FD7EA7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48F0A70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9B82C19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EA0282F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7</w:t>
            </w:r>
          </w:p>
        </w:tc>
        <w:tc>
          <w:tcPr>
            <w:tcW w:w="5136" w:type="dxa"/>
            <w:shd w:val="clear" w:color="auto" w:fill="auto"/>
          </w:tcPr>
          <w:p w14:paraId="31323D8F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Единицы времени (сутки, неделя, месяц, год, век), соотношение между ними.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Календарь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6F707069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479567B3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10FA644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39808E67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5136" w:type="dxa"/>
            <w:shd w:val="clear" w:color="auto" w:fill="auto"/>
          </w:tcPr>
          <w:p w14:paraId="13E3DEA9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Единицы длины (миллиметр, сантиметр, дециметр, метр, километр), площади (квадратный метр, квадратный дециметр, </w:t>
            </w: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квадратный сантиметр), вместимости (литр), скорости (километры в  час, метры в  минуту, метры в секунду); соотношение между единицами в пределах 100 000.</w:t>
            </w:r>
          </w:p>
        </w:tc>
        <w:tc>
          <w:tcPr>
            <w:tcW w:w="1076" w:type="dxa"/>
            <w:shd w:val="clear" w:color="auto" w:fill="auto"/>
          </w:tcPr>
          <w:p w14:paraId="27E1B9AF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981" w:type="dxa"/>
            <w:shd w:val="clear" w:color="auto" w:fill="auto"/>
          </w:tcPr>
          <w:p w14:paraId="199D429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DC4AE8E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106A66A2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9</w:t>
            </w:r>
          </w:p>
        </w:tc>
        <w:tc>
          <w:tcPr>
            <w:tcW w:w="5136" w:type="dxa"/>
            <w:shd w:val="clear" w:color="auto" w:fill="auto"/>
          </w:tcPr>
          <w:p w14:paraId="5CF005DA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Доля величины времени, массы, длины.</w:t>
            </w:r>
          </w:p>
        </w:tc>
        <w:tc>
          <w:tcPr>
            <w:tcW w:w="1076" w:type="dxa"/>
            <w:shd w:val="clear" w:color="auto" w:fill="auto"/>
          </w:tcPr>
          <w:p w14:paraId="7F1D7474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2981" w:type="dxa"/>
            <w:shd w:val="clear" w:color="auto" w:fill="auto"/>
          </w:tcPr>
          <w:p w14:paraId="2809747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5A4340" w:rsidRPr="00051DC3" w14:paraId="2BFF535A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4D692419" w14:textId="77777777" w:rsidR="005A4340" w:rsidRPr="00051DC3" w:rsidRDefault="005A434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3"/>
            <w:shd w:val="clear" w:color="auto" w:fill="auto"/>
          </w:tcPr>
          <w:p w14:paraId="559ABADB" w14:textId="77777777" w:rsidR="005A4340" w:rsidRPr="00051DC3" w:rsidRDefault="005A434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3.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Арифметические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действия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– 37 ч</w:t>
            </w:r>
          </w:p>
        </w:tc>
      </w:tr>
      <w:tr w:rsidR="00051DC3" w:rsidRPr="001475A6" w14:paraId="64AA1BCD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7D2D7DD5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10</w:t>
            </w:r>
          </w:p>
        </w:tc>
        <w:tc>
          <w:tcPr>
            <w:tcW w:w="5136" w:type="dxa"/>
            <w:shd w:val="clear" w:color="auto" w:fill="auto"/>
          </w:tcPr>
          <w:p w14:paraId="554141EC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Письменное сложение, вычитание многозначных чисел в пределах миллиона.</w:t>
            </w:r>
          </w:p>
        </w:tc>
        <w:tc>
          <w:tcPr>
            <w:tcW w:w="1076" w:type="dxa"/>
            <w:shd w:val="clear" w:color="auto" w:fill="auto"/>
          </w:tcPr>
          <w:p w14:paraId="438AEA27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10</w:t>
            </w:r>
          </w:p>
        </w:tc>
        <w:tc>
          <w:tcPr>
            <w:tcW w:w="2981" w:type="dxa"/>
            <w:shd w:val="clear" w:color="auto" w:fill="auto"/>
          </w:tcPr>
          <w:p w14:paraId="4345B7D4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055EE35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CF974DE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11</w:t>
            </w:r>
          </w:p>
        </w:tc>
        <w:tc>
          <w:tcPr>
            <w:tcW w:w="5136" w:type="dxa"/>
            <w:shd w:val="clear" w:color="auto" w:fill="auto"/>
          </w:tcPr>
          <w:p w14:paraId="390549FB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Письменное умножение, деление многозначных чисел на однозначное/ двузначное число; деление с остатком (запись уголком) в пределах 100 000.</w:t>
            </w:r>
          </w:p>
        </w:tc>
        <w:tc>
          <w:tcPr>
            <w:tcW w:w="1076" w:type="dxa"/>
            <w:shd w:val="clear" w:color="auto" w:fill="auto"/>
          </w:tcPr>
          <w:p w14:paraId="1AF3FA3A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2981" w:type="dxa"/>
            <w:shd w:val="clear" w:color="auto" w:fill="auto"/>
          </w:tcPr>
          <w:p w14:paraId="1CD346F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A417DBE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2BA052DA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12</w:t>
            </w:r>
          </w:p>
        </w:tc>
        <w:tc>
          <w:tcPr>
            <w:tcW w:w="5136" w:type="dxa"/>
            <w:shd w:val="clear" w:color="auto" w:fill="auto"/>
          </w:tcPr>
          <w:p w14:paraId="409748BE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Умножение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деление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на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10, 100, 1000.</w:t>
            </w:r>
          </w:p>
        </w:tc>
        <w:tc>
          <w:tcPr>
            <w:tcW w:w="1076" w:type="dxa"/>
            <w:shd w:val="clear" w:color="auto" w:fill="auto"/>
          </w:tcPr>
          <w:p w14:paraId="06CE68CF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2981" w:type="dxa"/>
            <w:shd w:val="clear" w:color="auto" w:fill="auto"/>
          </w:tcPr>
          <w:p w14:paraId="3797812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A88AA11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4D81C90D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13</w:t>
            </w:r>
          </w:p>
        </w:tc>
        <w:tc>
          <w:tcPr>
            <w:tcW w:w="5136" w:type="dxa"/>
            <w:shd w:val="clear" w:color="auto" w:fill="auto"/>
          </w:tcPr>
          <w:p w14:paraId="070AC833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Свойства арифметических действий и их применение для вычислений.</w:t>
            </w:r>
          </w:p>
        </w:tc>
        <w:tc>
          <w:tcPr>
            <w:tcW w:w="1076" w:type="dxa"/>
            <w:shd w:val="clear" w:color="auto" w:fill="auto"/>
          </w:tcPr>
          <w:p w14:paraId="43AF0326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2981" w:type="dxa"/>
            <w:shd w:val="clear" w:color="auto" w:fill="auto"/>
          </w:tcPr>
          <w:p w14:paraId="2C18B29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0A72505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77F12C22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14</w:t>
            </w:r>
          </w:p>
        </w:tc>
        <w:tc>
          <w:tcPr>
            <w:tcW w:w="5136" w:type="dxa"/>
            <w:shd w:val="clear" w:color="auto" w:fill="auto"/>
          </w:tcPr>
          <w:p w14:paraId="7A370C02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Поиск значения числового выражения, содержащего несколько действий в  пределах 100 000.</w:t>
            </w:r>
          </w:p>
        </w:tc>
        <w:tc>
          <w:tcPr>
            <w:tcW w:w="1076" w:type="dxa"/>
            <w:shd w:val="clear" w:color="auto" w:fill="auto"/>
          </w:tcPr>
          <w:p w14:paraId="2CD4AC14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2981" w:type="dxa"/>
            <w:shd w:val="clear" w:color="auto" w:fill="auto"/>
          </w:tcPr>
          <w:p w14:paraId="75DA3EC6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82A99DC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37440AA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15</w:t>
            </w:r>
          </w:p>
        </w:tc>
        <w:tc>
          <w:tcPr>
            <w:tcW w:w="5136" w:type="dxa"/>
            <w:shd w:val="clear" w:color="auto" w:fill="auto"/>
          </w:tcPr>
          <w:p w14:paraId="4859A0B4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Проверка результата вычислений, в  том числе с  помощью калькулятора.</w:t>
            </w:r>
          </w:p>
        </w:tc>
        <w:tc>
          <w:tcPr>
            <w:tcW w:w="1076" w:type="dxa"/>
            <w:shd w:val="clear" w:color="auto" w:fill="auto"/>
          </w:tcPr>
          <w:p w14:paraId="3176F2C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3B4CB0E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BE348B4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55D3289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16</w:t>
            </w:r>
          </w:p>
        </w:tc>
        <w:tc>
          <w:tcPr>
            <w:tcW w:w="5136" w:type="dxa"/>
            <w:shd w:val="clear" w:color="auto" w:fill="auto"/>
          </w:tcPr>
          <w:p w14:paraId="436892A7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Равенство, содержащее неизвестный компонент арифметического действия: запись, нахождение неизвестного компонента.</w:t>
            </w:r>
          </w:p>
        </w:tc>
        <w:tc>
          <w:tcPr>
            <w:tcW w:w="1076" w:type="dxa"/>
            <w:shd w:val="clear" w:color="auto" w:fill="auto"/>
          </w:tcPr>
          <w:p w14:paraId="1DCEE531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253B3815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6B3AE2BB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96921BF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17</w:t>
            </w:r>
          </w:p>
        </w:tc>
        <w:tc>
          <w:tcPr>
            <w:tcW w:w="5136" w:type="dxa"/>
            <w:shd w:val="clear" w:color="auto" w:fill="auto"/>
          </w:tcPr>
          <w:p w14:paraId="214055B6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Умножение и деление величины на однозначное число.</w:t>
            </w:r>
          </w:p>
        </w:tc>
        <w:tc>
          <w:tcPr>
            <w:tcW w:w="1076" w:type="dxa"/>
            <w:shd w:val="clear" w:color="auto" w:fill="auto"/>
          </w:tcPr>
          <w:p w14:paraId="3C24D8DF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6CA0ADDD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5A4340" w:rsidRPr="00051DC3" w14:paraId="22B1A488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4D190C0E" w14:textId="77777777" w:rsidR="005A4340" w:rsidRPr="00051DC3" w:rsidRDefault="005A434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3"/>
            <w:shd w:val="clear" w:color="auto" w:fill="auto"/>
          </w:tcPr>
          <w:p w14:paraId="54F0531F" w14:textId="77777777" w:rsidR="005A4340" w:rsidRPr="00051DC3" w:rsidRDefault="005A434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4.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Текстовые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задачи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– 21 ч.</w:t>
            </w:r>
          </w:p>
        </w:tc>
      </w:tr>
      <w:tr w:rsidR="00051DC3" w:rsidRPr="001475A6" w14:paraId="0116560B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1401A7D6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18</w:t>
            </w:r>
          </w:p>
        </w:tc>
        <w:tc>
          <w:tcPr>
            <w:tcW w:w="5136" w:type="dxa"/>
            <w:shd w:val="clear" w:color="auto" w:fill="auto"/>
          </w:tcPr>
          <w:p w14:paraId="1E907996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Работа с текстовой задачей, решение которой содержит 2—3 действия: анализ, представление на  модели; планирование и запись решения; проверка решения и ответа.</w:t>
            </w:r>
          </w:p>
        </w:tc>
        <w:tc>
          <w:tcPr>
            <w:tcW w:w="1076" w:type="dxa"/>
            <w:shd w:val="clear" w:color="auto" w:fill="auto"/>
          </w:tcPr>
          <w:p w14:paraId="279535DA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shd w:val="clear" w:color="auto" w:fill="auto"/>
          </w:tcPr>
          <w:p w14:paraId="223FB52D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E7A15A5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50EF9D8A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19</w:t>
            </w:r>
          </w:p>
        </w:tc>
        <w:tc>
          <w:tcPr>
            <w:tcW w:w="5136" w:type="dxa"/>
            <w:shd w:val="clear" w:color="auto" w:fill="auto"/>
          </w:tcPr>
          <w:p w14:paraId="137BA428" w14:textId="77777777" w:rsidR="00051DC3" w:rsidRPr="00051DC3" w:rsidRDefault="00051DC3" w:rsidP="00E77EB0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Анализ зависимостей, характеризующих процессы: движения (скорость, время, пройденный путь), работы (производительность, время, объём работы), купли-продажи (цена, количество, стоимость) и решение соответствующих задач.</w:t>
            </w:r>
          </w:p>
        </w:tc>
        <w:tc>
          <w:tcPr>
            <w:tcW w:w="1076" w:type="dxa"/>
            <w:shd w:val="clear" w:color="auto" w:fill="auto"/>
          </w:tcPr>
          <w:p w14:paraId="09555C7D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2981" w:type="dxa"/>
            <w:shd w:val="clear" w:color="auto" w:fill="auto"/>
          </w:tcPr>
          <w:p w14:paraId="2AC9E59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7E82E80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4C9D267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20</w:t>
            </w:r>
          </w:p>
        </w:tc>
        <w:tc>
          <w:tcPr>
            <w:tcW w:w="5136" w:type="dxa"/>
            <w:shd w:val="clear" w:color="auto" w:fill="auto"/>
          </w:tcPr>
          <w:p w14:paraId="43D9A708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Задачи на установление времени (начало, продолжительность и окончание события), расчёта количества, расхода, изменения.</w:t>
            </w:r>
          </w:p>
        </w:tc>
        <w:tc>
          <w:tcPr>
            <w:tcW w:w="1076" w:type="dxa"/>
            <w:shd w:val="clear" w:color="auto" w:fill="auto"/>
          </w:tcPr>
          <w:p w14:paraId="0FE9A4CB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1163ACC8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FD24B88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14CC707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21</w:t>
            </w:r>
          </w:p>
        </w:tc>
        <w:tc>
          <w:tcPr>
            <w:tcW w:w="5136" w:type="dxa"/>
            <w:shd w:val="clear" w:color="auto" w:fill="auto"/>
          </w:tcPr>
          <w:p w14:paraId="597C5246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Задачи на нахождение доли величины, величины по её доле.</w:t>
            </w:r>
          </w:p>
        </w:tc>
        <w:tc>
          <w:tcPr>
            <w:tcW w:w="1076" w:type="dxa"/>
            <w:shd w:val="clear" w:color="auto" w:fill="auto"/>
          </w:tcPr>
          <w:p w14:paraId="116D3581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25AA42D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F30944E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11A860B3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22</w:t>
            </w:r>
          </w:p>
        </w:tc>
        <w:tc>
          <w:tcPr>
            <w:tcW w:w="5136" w:type="dxa"/>
            <w:shd w:val="clear" w:color="auto" w:fill="auto"/>
          </w:tcPr>
          <w:p w14:paraId="039260AA" w14:textId="77777777" w:rsidR="00051DC3" w:rsidRPr="00051DC3" w:rsidRDefault="00051DC3" w:rsidP="00E77EB0">
            <w:pPr>
              <w:autoSpaceDE w:val="0"/>
              <w:autoSpaceDN w:val="0"/>
              <w:spacing w:before="74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Разные способы решения некоторых видов изученных задач.</w:t>
            </w:r>
          </w:p>
        </w:tc>
        <w:tc>
          <w:tcPr>
            <w:tcW w:w="1076" w:type="dxa"/>
            <w:shd w:val="clear" w:color="auto" w:fill="auto"/>
          </w:tcPr>
          <w:p w14:paraId="2192FEA0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1F3F01B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09250F54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15B6463C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lastRenderedPageBreak/>
              <w:t>23</w:t>
            </w:r>
          </w:p>
        </w:tc>
        <w:tc>
          <w:tcPr>
            <w:tcW w:w="5136" w:type="dxa"/>
            <w:shd w:val="clear" w:color="auto" w:fill="auto"/>
          </w:tcPr>
          <w:p w14:paraId="0CB133BB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Оформление решения по действиям с пояснением, по вопросам, с помощью числового выражения.</w:t>
            </w:r>
          </w:p>
        </w:tc>
        <w:tc>
          <w:tcPr>
            <w:tcW w:w="1076" w:type="dxa"/>
            <w:shd w:val="clear" w:color="auto" w:fill="auto"/>
          </w:tcPr>
          <w:p w14:paraId="051A4ECD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5D4DB4FC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E77EB0" w:rsidRPr="001475A6" w14:paraId="1B06E053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6DC9AC94" w14:textId="77777777" w:rsidR="00E77EB0" w:rsidRPr="00051DC3" w:rsidRDefault="00E77EB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3"/>
            <w:shd w:val="clear" w:color="auto" w:fill="auto"/>
          </w:tcPr>
          <w:p w14:paraId="6CEEAA44" w14:textId="77777777" w:rsidR="00E77EB0" w:rsidRPr="00051DC3" w:rsidRDefault="00E77EB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>Раздел 5. Пространственные отношения и  геометрические фигуры -20 ч.</w:t>
            </w:r>
          </w:p>
        </w:tc>
      </w:tr>
      <w:tr w:rsidR="00051DC3" w:rsidRPr="001475A6" w14:paraId="3EFA1024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71D8A019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24</w:t>
            </w:r>
          </w:p>
        </w:tc>
        <w:tc>
          <w:tcPr>
            <w:tcW w:w="5136" w:type="dxa"/>
            <w:shd w:val="clear" w:color="auto" w:fill="auto"/>
          </w:tcPr>
          <w:p w14:paraId="1E82D805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Наглядные представления о симметрии. Ось симметрии фигуры.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Фигуры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имеющие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ось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симметрии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1CA5F1E3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shd w:val="clear" w:color="auto" w:fill="auto"/>
          </w:tcPr>
          <w:p w14:paraId="253D628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D0C10CA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1A49FDE9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25</w:t>
            </w:r>
          </w:p>
        </w:tc>
        <w:tc>
          <w:tcPr>
            <w:tcW w:w="5136" w:type="dxa"/>
            <w:shd w:val="clear" w:color="auto" w:fill="auto"/>
          </w:tcPr>
          <w:p w14:paraId="239E9C67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Окружность, круг: распознавание и изображение; построение окружности заданного радиуса.</w:t>
            </w:r>
          </w:p>
        </w:tc>
        <w:tc>
          <w:tcPr>
            <w:tcW w:w="1076" w:type="dxa"/>
            <w:shd w:val="clear" w:color="auto" w:fill="auto"/>
          </w:tcPr>
          <w:p w14:paraId="16E2DD35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2981" w:type="dxa"/>
            <w:shd w:val="clear" w:color="auto" w:fill="auto"/>
          </w:tcPr>
          <w:p w14:paraId="184D002A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895D581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32ED04CD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26</w:t>
            </w:r>
          </w:p>
        </w:tc>
        <w:tc>
          <w:tcPr>
            <w:tcW w:w="5136" w:type="dxa"/>
            <w:shd w:val="clear" w:color="auto" w:fill="auto"/>
          </w:tcPr>
          <w:p w14:paraId="49DE0A22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Построение изученных геометрических фигур с  помощью линейки, угольника, циркуля.</w:t>
            </w:r>
          </w:p>
        </w:tc>
        <w:tc>
          <w:tcPr>
            <w:tcW w:w="1076" w:type="dxa"/>
            <w:shd w:val="clear" w:color="auto" w:fill="auto"/>
          </w:tcPr>
          <w:p w14:paraId="66379623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7D87AA1B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AF2DBCB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72C8DE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27</w:t>
            </w:r>
          </w:p>
        </w:tc>
        <w:tc>
          <w:tcPr>
            <w:tcW w:w="5136" w:type="dxa"/>
            <w:shd w:val="clear" w:color="auto" w:fill="auto"/>
          </w:tcPr>
          <w:p w14:paraId="534CC12A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Пространственные геометрические фигуры (тела): шар, куб, цилиндр, конус, пирамида; их различение, называние.</w:t>
            </w:r>
          </w:p>
        </w:tc>
        <w:tc>
          <w:tcPr>
            <w:tcW w:w="1076" w:type="dxa"/>
            <w:shd w:val="clear" w:color="auto" w:fill="auto"/>
          </w:tcPr>
          <w:p w14:paraId="429B57D4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5C85253F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5ECD490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51E6E8E4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28</w:t>
            </w:r>
          </w:p>
        </w:tc>
        <w:tc>
          <w:tcPr>
            <w:tcW w:w="5136" w:type="dxa"/>
            <w:shd w:val="clear" w:color="auto" w:fill="auto"/>
          </w:tcPr>
          <w:p w14:paraId="22814D45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Конструирование: разбиение фигуры на прямоугольники (квадраты), составление фигур из прямоугольников/квадратов.</w:t>
            </w:r>
          </w:p>
        </w:tc>
        <w:tc>
          <w:tcPr>
            <w:tcW w:w="1076" w:type="dxa"/>
            <w:shd w:val="clear" w:color="auto" w:fill="auto"/>
          </w:tcPr>
          <w:p w14:paraId="557E0CC2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5FBC4D42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5F34622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79A36E41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29</w:t>
            </w:r>
          </w:p>
        </w:tc>
        <w:tc>
          <w:tcPr>
            <w:tcW w:w="5136" w:type="dxa"/>
            <w:shd w:val="clear" w:color="auto" w:fill="auto"/>
          </w:tcPr>
          <w:p w14:paraId="0DC99A91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Периметр, площадь фигуры, составленной из  двух-трёх прямоугольников (квадратов)</w:t>
            </w:r>
          </w:p>
        </w:tc>
        <w:tc>
          <w:tcPr>
            <w:tcW w:w="1076" w:type="dxa"/>
            <w:shd w:val="clear" w:color="auto" w:fill="auto"/>
          </w:tcPr>
          <w:p w14:paraId="0A3B7655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26376390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E77EB0" w:rsidRPr="00051DC3" w14:paraId="68AFF96A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50D65061" w14:textId="77777777" w:rsidR="00E77EB0" w:rsidRPr="00051DC3" w:rsidRDefault="00E77EB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9193" w:type="dxa"/>
            <w:gridSpan w:val="3"/>
            <w:shd w:val="clear" w:color="auto" w:fill="auto"/>
          </w:tcPr>
          <w:p w14:paraId="48D684C3" w14:textId="77777777" w:rsidR="00E77EB0" w:rsidRPr="00051DC3" w:rsidRDefault="00E77EB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6.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Математическая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информация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ru-RU"/>
              </w:rPr>
              <w:t xml:space="preserve"> – 15 ч </w:t>
            </w:r>
          </w:p>
        </w:tc>
      </w:tr>
      <w:tr w:rsidR="00051DC3" w:rsidRPr="001475A6" w14:paraId="36C9A9A7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420049C6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30</w:t>
            </w:r>
          </w:p>
        </w:tc>
        <w:tc>
          <w:tcPr>
            <w:tcW w:w="5136" w:type="dxa"/>
            <w:shd w:val="clear" w:color="auto" w:fill="auto"/>
          </w:tcPr>
          <w:p w14:paraId="201B0AD9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Работа с утверждениями: конструирование, проверка истинности; составление и проверка логических рассуждений при решении задач.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Примеры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контрпримеры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487BD91C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5244DC71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10431203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717E33E5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31</w:t>
            </w:r>
          </w:p>
        </w:tc>
        <w:tc>
          <w:tcPr>
            <w:tcW w:w="5136" w:type="dxa"/>
            <w:shd w:val="clear" w:color="auto" w:fill="auto"/>
          </w:tcPr>
          <w:p w14:paraId="1199DC4B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Данные о реальных процессах и явлениях окружающего мира, представленные на столбчатых диаграммах, схемах, в  таблицах, текстах.</w:t>
            </w:r>
          </w:p>
        </w:tc>
        <w:tc>
          <w:tcPr>
            <w:tcW w:w="1076" w:type="dxa"/>
            <w:shd w:val="clear" w:color="auto" w:fill="auto"/>
          </w:tcPr>
          <w:p w14:paraId="56A4E5B6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0F0D675D" w14:textId="77777777" w:rsidR="00051DC3" w:rsidRPr="00051DC3" w:rsidRDefault="00051D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0B2D83E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7816AB8B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32</w:t>
            </w:r>
          </w:p>
        </w:tc>
        <w:tc>
          <w:tcPr>
            <w:tcW w:w="5136" w:type="dxa"/>
            <w:shd w:val="clear" w:color="auto" w:fill="auto"/>
          </w:tcPr>
          <w:p w14:paraId="18BFE504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 w:righ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Сбор математических данных о  заданном объекте (числе, величине, геометрической фигуре).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Поиск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информации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в 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справочной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литературе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сети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Интернет</w:t>
            </w:r>
            <w:proofErr w:type="spellEnd"/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1076" w:type="dxa"/>
            <w:shd w:val="clear" w:color="auto" w:fill="auto"/>
          </w:tcPr>
          <w:p w14:paraId="14C18520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5F1CD8B7" w14:textId="77777777" w:rsidR="00051DC3" w:rsidRPr="00051DC3" w:rsidRDefault="00051DC3" w:rsidP="001475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7E928C49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181EB4B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33</w:t>
            </w:r>
          </w:p>
        </w:tc>
        <w:tc>
          <w:tcPr>
            <w:tcW w:w="5136" w:type="dxa"/>
            <w:shd w:val="clear" w:color="auto" w:fill="auto"/>
          </w:tcPr>
          <w:p w14:paraId="6D07A36C" w14:textId="77777777" w:rsidR="00051DC3" w:rsidRPr="00051DC3" w:rsidRDefault="00051DC3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Запись информации в  предложенной таблице, на  столбчатой диаграмме.</w:t>
            </w:r>
          </w:p>
        </w:tc>
        <w:tc>
          <w:tcPr>
            <w:tcW w:w="1076" w:type="dxa"/>
            <w:shd w:val="clear" w:color="auto" w:fill="auto"/>
          </w:tcPr>
          <w:p w14:paraId="5915695C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2577C378" w14:textId="77777777" w:rsidR="00051DC3" w:rsidRPr="00051DC3" w:rsidRDefault="00051DC3" w:rsidP="001475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54274D1B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571CC77A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34</w:t>
            </w:r>
          </w:p>
        </w:tc>
        <w:tc>
          <w:tcPr>
            <w:tcW w:w="5136" w:type="dxa"/>
            <w:shd w:val="clear" w:color="auto" w:fill="auto"/>
          </w:tcPr>
          <w:p w14:paraId="061D7003" w14:textId="77777777" w:rsidR="00051DC3" w:rsidRPr="00051DC3" w:rsidRDefault="00051DC3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Доступные электронные средства обучения, пособия, их использование под  руководством педагога и самостоятельно.</w:t>
            </w:r>
          </w:p>
        </w:tc>
        <w:tc>
          <w:tcPr>
            <w:tcW w:w="1076" w:type="dxa"/>
            <w:shd w:val="clear" w:color="auto" w:fill="auto"/>
          </w:tcPr>
          <w:p w14:paraId="325ECAA7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79913EE8" w14:textId="77777777" w:rsidR="00051DC3" w:rsidRPr="00051DC3" w:rsidRDefault="00051DC3" w:rsidP="001475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33664690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2C5E459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35</w:t>
            </w:r>
          </w:p>
        </w:tc>
        <w:tc>
          <w:tcPr>
            <w:tcW w:w="5136" w:type="dxa"/>
            <w:shd w:val="clear" w:color="auto" w:fill="auto"/>
          </w:tcPr>
          <w:p w14:paraId="7CD5CE25" w14:textId="77777777" w:rsidR="00051DC3" w:rsidRPr="00051DC3" w:rsidRDefault="00051DC3">
            <w:pPr>
              <w:autoSpaceDE w:val="0"/>
              <w:autoSpaceDN w:val="0"/>
              <w:spacing w:before="74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Правила безопасной работы с  электронными источниками информации.</w:t>
            </w:r>
          </w:p>
        </w:tc>
        <w:tc>
          <w:tcPr>
            <w:tcW w:w="1076" w:type="dxa"/>
            <w:shd w:val="clear" w:color="auto" w:fill="auto"/>
          </w:tcPr>
          <w:p w14:paraId="31525AE7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2981" w:type="dxa"/>
            <w:shd w:val="clear" w:color="auto" w:fill="auto"/>
          </w:tcPr>
          <w:p w14:paraId="3F762B42" w14:textId="77777777" w:rsidR="00051DC3" w:rsidRPr="00051DC3" w:rsidRDefault="00051DC3" w:rsidP="001475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47B3BF48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75ADD601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36</w:t>
            </w:r>
          </w:p>
        </w:tc>
        <w:tc>
          <w:tcPr>
            <w:tcW w:w="5136" w:type="dxa"/>
            <w:shd w:val="clear" w:color="auto" w:fill="auto"/>
          </w:tcPr>
          <w:p w14:paraId="28F7E072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Алгоритмы для решения учебных и практических задач.</w:t>
            </w:r>
          </w:p>
        </w:tc>
        <w:tc>
          <w:tcPr>
            <w:tcW w:w="1076" w:type="dxa"/>
            <w:shd w:val="clear" w:color="auto" w:fill="auto"/>
          </w:tcPr>
          <w:p w14:paraId="486A4776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2981" w:type="dxa"/>
            <w:shd w:val="clear" w:color="auto" w:fill="auto"/>
          </w:tcPr>
          <w:p w14:paraId="30444FBC" w14:textId="77777777" w:rsidR="00051DC3" w:rsidRPr="00051DC3" w:rsidRDefault="00051DC3" w:rsidP="001475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051DC3" w:rsidRPr="001475A6" w14:paraId="24453C8E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55BDFAC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40</w:t>
            </w:r>
          </w:p>
        </w:tc>
        <w:tc>
          <w:tcPr>
            <w:tcW w:w="5136" w:type="dxa"/>
            <w:shd w:val="clear" w:color="auto" w:fill="auto"/>
          </w:tcPr>
          <w:p w14:paraId="744AAB63" w14:textId="77777777" w:rsidR="00051DC3" w:rsidRPr="00051DC3" w:rsidRDefault="00051DC3" w:rsidP="00E77EB0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</w:t>
            </w:r>
          </w:p>
        </w:tc>
        <w:tc>
          <w:tcPr>
            <w:tcW w:w="1076" w:type="dxa"/>
            <w:shd w:val="clear" w:color="auto" w:fill="auto"/>
          </w:tcPr>
          <w:p w14:paraId="6F9DE1E8" w14:textId="77777777" w:rsidR="00051DC3" w:rsidRPr="00051DC3" w:rsidRDefault="00051DC3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20</w:t>
            </w:r>
          </w:p>
        </w:tc>
        <w:tc>
          <w:tcPr>
            <w:tcW w:w="2981" w:type="dxa"/>
            <w:shd w:val="clear" w:color="auto" w:fill="auto"/>
          </w:tcPr>
          <w:p w14:paraId="16F085AF" w14:textId="77777777" w:rsidR="00051DC3" w:rsidRPr="00051DC3" w:rsidRDefault="00051DC3" w:rsidP="001475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  <w:t>Электронное приложение к учебнику "Математика"</w:t>
            </w:r>
          </w:p>
        </w:tc>
      </w:tr>
      <w:tr w:rsidR="00E77EB0" w:rsidRPr="00051DC3" w14:paraId="1CE0B8EA" w14:textId="77777777" w:rsidTr="00E77EB0">
        <w:trPr>
          <w:trHeight w:val="379"/>
        </w:trPr>
        <w:tc>
          <w:tcPr>
            <w:tcW w:w="642" w:type="dxa"/>
            <w:shd w:val="clear" w:color="auto" w:fill="auto"/>
          </w:tcPr>
          <w:p w14:paraId="0F30CCFC" w14:textId="77777777" w:rsidR="00E77EB0" w:rsidRPr="00051DC3" w:rsidRDefault="00E77EB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5136" w:type="dxa"/>
            <w:shd w:val="clear" w:color="auto" w:fill="auto"/>
          </w:tcPr>
          <w:p w14:paraId="5E349844" w14:textId="77777777" w:rsidR="00E77EB0" w:rsidRPr="00051DC3" w:rsidRDefault="00E77EB0" w:rsidP="00E77EB0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51DC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6" w:type="dxa"/>
            <w:shd w:val="clear" w:color="auto" w:fill="auto"/>
          </w:tcPr>
          <w:p w14:paraId="22C255CD" w14:textId="77777777" w:rsidR="00E77EB0" w:rsidRPr="00051DC3" w:rsidRDefault="00E77EB0" w:rsidP="007F6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DC3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2981" w:type="dxa"/>
            <w:shd w:val="clear" w:color="auto" w:fill="auto"/>
          </w:tcPr>
          <w:p w14:paraId="14625EEF" w14:textId="77777777" w:rsidR="00E77EB0" w:rsidRPr="00051DC3" w:rsidRDefault="00E77EB0" w:rsidP="00E77E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</w:p>
        </w:tc>
      </w:tr>
    </w:tbl>
    <w:p w14:paraId="7422A46C" w14:textId="3221C913" w:rsidR="00E77EB0" w:rsidRPr="00051DC3" w:rsidRDefault="001475A6" w:rsidP="00D409D5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E77EB0" w:rsidRPr="00051DC3" w:rsidSect="00AE6A4D">
          <w:pgSz w:w="11900" w:h="16840"/>
          <w:pgMar w:top="640" w:right="514" w:bottom="666" w:left="284" w:header="720" w:footer="720" w:gutter="0"/>
          <w:cols w:space="720" w:equalWidth="0">
            <w:col w:w="15660" w:space="0"/>
          </w:cols>
          <w:docGrid w:linePitch="360"/>
        </w:sect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14:paraId="7659C7C5" w14:textId="77777777" w:rsidR="00137A51" w:rsidRPr="00051DC3" w:rsidRDefault="00137A51" w:rsidP="00D409D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37A51" w:rsidRPr="00051DC3" w:rsidSect="00034616">
      <w:pgSz w:w="11900" w:h="16840"/>
      <w:pgMar w:top="1440" w:right="1440" w:bottom="1440" w:left="1440" w:header="720" w:footer="720" w:gutter="0"/>
      <w:cols w:space="720" w:equalWidth="0">
        <w:col w:w="10476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1E9B"/>
    <w:rsid w:val="00034616"/>
    <w:rsid w:val="00051DC3"/>
    <w:rsid w:val="0006063C"/>
    <w:rsid w:val="00137A51"/>
    <w:rsid w:val="001473E8"/>
    <w:rsid w:val="001475A6"/>
    <w:rsid w:val="0015074B"/>
    <w:rsid w:val="0029639D"/>
    <w:rsid w:val="00326F90"/>
    <w:rsid w:val="00385647"/>
    <w:rsid w:val="00557DD6"/>
    <w:rsid w:val="005A4340"/>
    <w:rsid w:val="005C6D0B"/>
    <w:rsid w:val="005E16B2"/>
    <w:rsid w:val="006060A7"/>
    <w:rsid w:val="00616D90"/>
    <w:rsid w:val="006C2F27"/>
    <w:rsid w:val="007F160E"/>
    <w:rsid w:val="007F6BC9"/>
    <w:rsid w:val="008C103C"/>
    <w:rsid w:val="00924818"/>
    <w:rsid w:val="009A64D4"/>
    <w:rsid w:val="00AA1D8D"/>
    <w:rsid w:val="00AB5530"/>
    <w:rsid w:val="00AE6A4D"/>
    <w:rsid w:val="00B47730"/>
    <w:rsid w:val="00BA326E"/>
    <w:rsid w:val="00C40BD7"/>
    <w:rsid w:val="00C46525"/>
    <w:rsid w:val="00CB0664"/>
    <w:rsid w:val="00CE2862"/>
    <w:rsid w:val="00D409D5"/>
    <w:rsid w:val="00E66CD6"/>
    <w:rsid w:val="00E77EB0"/>
    <w:rsid w:val="00EE560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A6D6A5"/>
  <w14:defaultImageDpi w14:val="300"/>
  <w15:docId w15:val="{E61E6531-F484-436E-9ACE-6EF74F970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1473E8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51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58B6696-537C-4FA0-9E0E-0212C15FD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30</Pages>
  <Words>10108</Words>
  <Characters>57619</Characters>
  <Application>Microsoft Office Word</Application>
  <DocSecurity>0</DocSecurity>
  <Lines>480</Lines>
  <Paragraphs>135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67592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eremeevavenera@mail.ru</cp:lastModifiedBy>
  <cp:revision>4</cp:revision>
  <dcterms:created xsi:type="dcterms:W3CDTF">2022-10-02T19:46:00Z</dcterms:created>
  <dcterms:modified xsi:type="dcterms:W3CDTF">2022-11-10T18:14:00Z</dcterms:modified>
</cp:coreProperties>
</file>